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304C8" w14:textId="77777777" w:rsidR="008A4B6C" w:rsidRDefault="007B4387">
      <w:pPr>
        <w:jc w:val="center"/>
      </w:pPr>
      <w:r>
        <w:rPr>
          <w:b/>
          <w:color w:val="1F4E79"/>
          <w:sz w:val="30"/>
        </w:rPr>
        <w:t>UMOWA O KSZTAŁCENIE UCZNIA</w:t>
      </w:r>
    </w:p>
    <w:p w14:paraId="6B1B1903" w14:textId="433625F4" w:rsidR="008A4B6C" w:rsidRDefault="007B4387">
      <w:pPr>
        <w:spacing w:after="160"/>
        <w:jc w:val="center"/>
      </w:pPr>
      <w:proofErr w:type="spellStart"/>
      <w:r>
        <w:rPr>
          <w:i/>
          <w:color w:val="595959"/>
          <w:sz w:val="18"/>
        </w:rPr>
        <w:t>Szkoła</w:t>
      </w:r>
      <w:proofErr w:type="spellEnd"/>
      <w:r>
        <w:rPr>
          <w:i/>
          <w:color w:val="595959"/>
          <w:sz w:val="18"/>
        </w:rPr>
        <w:t xml:space="preserve"> </w:t>
      </w:r>
      <w:proofErr w:type="spellStart"/>
      <w:r>
        <w:rPr>
          <w:i/>
          <w:color w:val="595959"/>
          <w:sz w:val="18"/>
        </w:rPr>
        <w:t>Branżowa</w:t>
      </w:r>
      <w:proofErr w:type="spellEnd"/>
      <w:r>
        <w:rPr>
          <w:i/>
          <w:color w:val="595959"/>
          <w:sz w:val="18"/>
        </w:rPr>
        <w:t xml:space="preserve"> I </w:t>
      </w:r>
      <w:proofErr w:type="spellStart"/>
      <w:r>
        <w:rPr>
          <w:i/>
          <w:color w:val="595959"/>
          <w:sz w:val="18"/>
        </w:rPr>
        <w:t>stopnia</w:t>
      </w:r>
      <w:proofErr w:type="spellEnd"/>
      <w:r>
        <w:rPr>
          <w:i/>
          <w:color w:val="595959"/>
          <w:sz w:val="18"/>
        </w:rPr>
        <w:t xml:space="preserve"> w </w:t>
      </w:r>
      <w:proofErr w:type="spellStart"/>
      <w:r>
        <w:rPr>
          <w:i/>
          <w:color w:val="595959"/>
          <w:sz w:val="18"/>
        </w:rPr>
        <w:t>Przasnyszu</w:t>
      </w:r>
      <w:proofErr w:type="spellEnd"/>
    </w:p>
    <w:p w14:paraId="099B7650" w14:textId="77777777" w:rsidR="008A4B6C" w:rsidRDefault="007B4387">
      <w:proofErr w:type="spellStart"/>
      <w:r>
        <w:t>zawarta</w:t>
      </w:r>
      <w:proofErr w:type="spellEnd"/>
      <w:r>
        <w:t xml:space="preserve"> w </w:t>
      </w:r>
      <w:proofErr w:type="spellStart"/>
      <w:r>
        <w:t>dniu</w:t>
      </w:r>
      <w:proofErr w:type="spellEnd"/>
      <w:r>
        <w:t xml:space="preserve"> ........................................ w ........................................ </w:t>
      </w:r>
      <w:proofErr w:type="spellStart"/>
      <w:r>
        <w:t>pomiędzy</w:t>
      </w:r>
      <w:proofErr w:type="spellEnd"/>
      <w:r>
        <w:t>:</w:t>
      </w:r>
    </w:p>
    <w:p w14:paraId="2C169608" w14:textId="77777777" w:rsidR="008A4B6C" w:rsidRDefault="007B4387">
      <w:proofErr w:type="spellStart"/>
      <w:r>
        <w:t>Szkołą</w:t>
      </w:r>
      <w:proofErr w:type="spellEnd"/>
      <w:r>
        <w:t xml:space="preserve"> </w:t>
      </w:r>
      <w:proofErr w:type="spellStart"/>
      <w:r>
        <w:t>Branżową</w:t>
      </w:r>
      <w:proofErr w:type="spellEnd"/>
      <w:r>
        <w:t xml:space="preserve"> I </w:t>
      </w:r>
      <w:proofErr w:type="spellStart"/>
      <w:r>
        <w:t>stopnia</w:t>
      </w:r>
      <w:proofErr w:type="spellEnd"/>
      <w:r>
        <w:t xml:space="preserve"> w </w:t>
      </w:r>
      <w:proofErr w:type="spellStart"/>
      <w:r>
        <w:t>Przasnyszu</w:t>
      </w:r>
      <w:proofErr w:type="spellEnd"/>
      <w:r>
        <w:t xml:space="preserve">, </w:t>
      </w:r>
      <w:proofErr w:type="spellStart"/>
      <w:r>
        <w:t>szosa</w:t>
      </w:r>
      <w:proofErr w:type="spellEnd"/>
      <w:r>
        <w:t xml:space="preserve"> </w:t>
      </w:r>
      <w:proofErr w:type="spellStart"/>
      <w:r>
        <w:t>Ciechanowska</w:t>
      </w:r>
      <w:proofErr w:type="spellEnd"/>
      <w:r>
        <w:t xml:space="preserve"> 6, 06-300 </w:t>
      </w:r>
      <w:proofErr w:type="spellStart"/>
      <w:r>
        <w:t>Przasnysz</w:t>
      </w:r>
      <w:proofErr w:type="spellEnd"/>
      <w:r>
        <w:t xml:space="preserve">, </w:t>
      </w:r>
      <w:proofErr w:type="spellStart"/>
      <w:r>
        <w:t>reprezentowaną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.................................................., </w:t>
      </w:r>
      <w:proofErr w:type="spellStart"/>
      <w:r>
        <w:t>zwaną</w:t>
      </w:r>
      <w:proofErr w:type="spellEnd"/>
      <w:r>
        <w:t xml:space="preserve"> </w:t>
      </w:r>
      <w:proofErr w:type="spellStart"/>
      <w:r>
        <w:t>dalej</w:t>
      </w:r>
      <w:proofErr w:type="spellEnd"/>
      <w:r>
        <w:t xml:space="preserve"> „</w:t>
      </w:r>
      <w:proofErr w:type="spellStart"/>
      <w:r>
        <w:t>Szkołą</w:t>
      </w:r>
      <w:proofErr w:type="spellEnd"/>
      <w:r>
        <w:t>”,</w:t>
      </w:r>
    </w:p>
    <w:p w14:paraId="798688DE" w14:textId="77777777" w:rsidR="008A4B6C" w:rsidRDefault="007B4387">
      <w:r>
        <w:t xml:space="preserve">a </w:t>
      </w:r>
      <w:proofErr w:type="spellStart"/>
      <w:r>
        <w:t>Opiekunem</w:t>
      </w:r>
      <w:proofErr w:type="spellEnd"/>
      <w:r>
        <w:t>/</w:t>
      </w:r>
      <w:proofErr w:type="spellStart"/>
      <w:r>
        <w:t>Opiekunami</w:t>
      </w:r>
      <w:proofErr w:type="spellEnd"/>
      <w:r>
        <w:t xml:space="preserve"> </w:t>
      </w:r>
      <w:proofErr w:type="spellStart"/>
      <w:r>
        <w:t>prawnymi</w:t>
      </w:r>
      <w:proofErr w:type="spellEnd"/>
      <w:r>
        <w:t>:</w:t>
      </w:r>
    </w:p>
    <w:p w14:paraId="393DB64B" w14:textId="77777777" w:rsidR="008A4B6C" w:rsidRDefault="007B4387">
      <w:r>
        <w:t xml:space="preserve">1) .........................................................................................................................., </w:t>
      </w:r>
      <w:proofErr w:type="spellStart"/>
      <w:r>
        <w:t>adres</w:t>
      </w:r>
      <w:proofErr w:type="spellEnd"/>
      <w:r>
        <w:t>: .........................................................................................................................., tel.: ........................................, e-mail: ........................................,</w:t>
      </w:r>
    </w:p>
    <w:p w14:paraId="0F8728A6" w14:textId="77777777" w:rsidR="008A4B6C" w:rsidRDefault="007B4387">
      <w:r>
        <w:t xml:space="preserve">2) .........................................................................................................................., </w:t>
      </w:r>
      <w:proofErr w:type="spellStart"/>
      <w:r>
        <w:t>adres</w:t>
      </w:r>
      <w:proofErr w:type="spellEnd"/>
      <w:r>
        <w:t>: .........................................................................................................................., tel.: ........................................, e-mail: ........................................,</w:t>
      </w:r>
    </w:p>
    <w:p w14:paraId="4F2F3422" w14:textId="77777777" w:rsidR="008A4B6C" w:rsidRDefault="007B4387">
      <w:proofErr w:type="spellStart"/>
      <w:r>
        <w:t>działającymi</w:t>
      </w:r>
      <w:proofErr w:type="spellEnd"/>
      <w:r>
        <w:t xml:space="preserve"> </w:t>
      </w:r>
      <w:proofErr w:type="spellStart"/>
      <w:r>
        <w:t>jako</w:t>
      </w:r>
      <w:proofErr w:type="spellEnd"/>
      <w:r>
        <w:t xml:space="preserve"> </w:t>
      </w:r>
      <w:proofErr w:type="spellStart"/>
      <w:r>
        <w:t>rodzice</w:t>
      </w:r>
      <w:proofErr w:type="spellEnd"/>
      <w:r>
        <w:t>/</w:t>
      </w:r>
      <w:proofErr w:type="spellStart"/>
      <w:r>
        <w:t>opiekunowie</w:t>
      </w:r>
      <w:proofErr w:type="spellEnd"/>
      <w:r>
        <w:t xml:space="preserve"> </w:t>
      </w:r>
      <w:proofErr w:type="spellStart"/>
      <w:r>
        <w:t>prawni</w:t>
      </w:r>
      <w:proofErr w:type="spellEnd"/>
      <w:r>
        <w:t xml:space="preserve"> </w:t>
      </w:r>
      <w:proofErr w:type="spellStart"/>
      <w:r>
        <w:t>ucznia</w:t>
      </w:r>
      <w:proofErr w:type="spellEnd"/>
      <w:r>
        <w:t xml:space="preserve">: .........................................................................................................................., </w:t>
      </w:r>
      <w:proofErr w:type="spellStart"/>
      <w:r>
        <w:t>ur</w:t>
      </w:r>
      <w:proofErr w:type="spellEnd"/>
      <w:r>
        <w:t xml:space="preserve">. ........................................, PESEL ........................................, </w:t>
      </w:r>
      <w:proofErr w:type="spellStart"/>
      <w:r>
        <w:t>klasa</w:t>
      </w:r>
      <w:proofErr w:type="spellEnd"/>
      <w:r>
        <w:t xml:space="preserve"> ........................................, </w:t>
      </w:r>
      <w:proofErr w:type="spellStart"/>
      <w:r>
        <w:t>zwanego</w:t>
      </w:r>
      <w:proofErr w:type="spellEnd"/>
      <w:r>
        <w:t xml:space="preserve"> </w:t>
      </w:r>
      <w:proofErr w:type="spellStart"/>
      <w:r>
        <w:t>dalej</w:t>
      </w:r>
      <w:proofErr w:type="spellEnd"/>
      <w:r>
        <w:t xml:space="preserve"> „</w:t>
      </w:r>
      <w:proofErr w:type="spellStart"/>
      <w:r>
        <w:t>Uczniem</w:t>
      </w:r>
      <w:proofErr w:type="spellEnd"/>
      <w:r>
        <w:t>”.</w:t>
      </w:r>
    </w:p>
    <w:p w14:paraId="60EFCF4C" w14:textId="77777777" w:rsidR="008A4B6C" w:rsidRDefault="007B4387">
      <w:pPr>
        <w:pStyle w:val="Nagwek1"/>
        <w:spacing w:after="40"/>
      </w:pPr>
      <w:r>
        <w:t xml:space="preserve">§ 1. </w:t>
      </w:r>
      <w:proofErr w:type="spellStart"/>
      <w:r>
        <w:t>Przedmiot</w:t>
      </w:r>
      <w:proofErr w:type="spellEnd"/>
      <w:r>
        <w:t xml:space="preserve"> </w:t>
      </w:r>
      <w:proofErr w:type="spellStart"/>
      <w:r>
        <w:t>Umowy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dokumenty</w:t>
      </w:r>
      <w:proofErr w:type="spellEnd"/>
      <w:r>
        <w:t xml:space="preserve"> </w:t>
      </w:r>
      <w:proofErr w:type="spellStart"/>
      <w:r>
        <w:t>umowne</w:t>
      </w:r>
      <w:proofErr w:type="spellEnd"/>
    </w:p>
    <w:p w14:paraId="6AF0735E" w14:textId="5637F2A1" w:rsidR="008A4B6C" w:rsidRDefault="007B4387">
      <w:r>
        <w:t xml:space="preserve">1. </w:t>
      </w:r>
      <w:proofErr w:type="spellStart"/>
      <w:r>
        <w:t>Przedmiotem</w:t>
      </w:r>
      <w:proofErr w:type="spellEnd"/>
      <w:r>
        <w:t xml:space="preserve"> </w:t>
      </w:r>
      <w:proofErr w:type="spellStart"/>
      <w:r>
        <w:t>Umowy</w:t>
      </w:r>
      <w:proofErr w:type="spellEnd"/>
      <w:r>
        <w:t xml:space="preserve"> jest </w:t>
      </w:r>
      <w:proofErr w:type="spellStart"/>
      <w:r>
        <w:t>określenie</w:t>
      </w:r>
      <w:proofErr w:type="spellEnd"/>
      <w:r>
        <w:t xml:space="preserve"> </w:t>
      </w:r>
      <w:proofErr w:type="spellStart"/>
      <w:r>
        <w:t>zasad</w:t>
      </w:r>
      <w:proofErr w:type="spellEnd"/>
      <w:r>
        <w:t xml:space="preserve"> </w:t>
      </w:r>
      <w:proofErr w:type="spellStart"/>
      <w:r>
        <w:t>współpracy</w:t>
      </w:r>
      <w:proofErr w:type="spellEnd"/>
      <w:r>
        <w:t xml:space="preserve"> </w:t>
      </w:r>
      <w:proofErr w:type="spellStart"/>
      <w:r>
        <w:t>Stron</w:t>
      </w:r>
      <w:proofErr w:type="spellEnd"/>
      <w:r>
        <w:t xml:space="preserve"> w </w:t>
      </w:r>
      <w:proofErr w:type="spellStart"/>
      <w:r>
        <w:t>związku</w:t>
      </w:r>
      <w:proofErr w:type="spellEnd"/>
      <w:r>
        <w:t xml:space="preserve"> z </w:t>
      </w:r>
      <w:proofErr w:type="spellStart"/>
      <w:r>
        <w:t>kształceniem</w:t>
      </w:r>
      <w:proofErr w:type="spellEnd"/>
      <w:r>
        <w:t xml:space="preserve"> </w:t>
      </w:r>
      <w:proofErr w:type="spellStart"/>
      <w:r>
        <w:t>Ucznia</w:t>
      </w:r>
      <w:proofErr w:type="spellEnd"/>
      <w:r>
        <w:t xml:space="preserve">, w </w:t>
      </w:r>
      <w:proofErr w:type="spellStart"/>
      <w:r>
        <w:t>tym</w:t>
      </w:r>
      <w:proofErr w:type="spellEnd"/>
      <w:r>
        <w:t xml:space="preserve"> </w:t>
      </w:r>
      <w:proofErr w:type="spellStart"/>
      <w:r>
        <w:t>realizowaniem</w:t>
      </w:r>
      <w:proofErr w:type="spellEnd"/>
      <w:r>
        <w:t xml:space="preserve"> </w:t>
      </w:r>
      <w:proofErr w:type="spellStart"/>
      <w:r>
        <w:t>obowiązku</w:t>
      </w:r>
      <w:proofErr w:type="spellEnd"/>
      <w:r>
        <w:t xml:space="preserve"> </w:t>
      </w:r>
      <w:proofErr w:type="spellStart"/>
      <w:r>
        <w:t>nauki</w:t>
      </w:r>
      <w:proofErr w:type="spellEnd"/>
      <w:r>
        <w:t xml:space="preserve"> </w:t>
      </w:r>
      <w:proofErr w:type="spellStart"/>
      <w:r>
        <w:t>poza</w:t>
      </w:r>
      <w:proofErr w:type="spellEnd"/>
      <w:r>
        <w:t xml:space="preserve"> </w:t>
      </w:r>
      <w:proofErr w:type="spellStart"/>
      <w:r>
        <w:t>szkołą</w:t>
      </w:r>
      <w:proofErr w:type="spellEnd"/>
      <w:r>
        <w:t xml:space="preserve">, </w:t>
      </w:r>
      <w:proofErr w:type="spellStart"/>
      <w:r>
        <w:t>organizacją</w:t>
      </w:r>
      <w:proofErr w:type="spellEnd"/>
      <w:r>
        <w:t xml:space="preserve"> </w:t>
      </w:r>
      <w:proofErr w:type="spellStart"/>
      <w:r>
        <w:t>rocznych</w:t>
      </w:r>
      <w:proofErr w:type="spellEnd"/>
      <w:r>
        <w:t xml:space="preserve"> </w:t>
      </w:r>
      <w:proofErr w:type="spellStart"/>
      <w:r>
        <w:t>egzaminów</w:t>
      </w:r>
      <w:proofErr w:type="spellEnd"/>
      <w:r>
        <w:t xml:space="preserve"> </w:t>
      </w:r>
      <w:proofErr w:type="spellStart"/>
      <w:r>
        <w:t>klasyfikacyjnych</w:t>
      </w:r>
      <w:proofErr w:type="spellEnd"/>
      <w:r>
        <w:t xml:space="preserve">, </w:t>
      </w:r>
      <w:proofErr w:type="spellStart"/>
      <w:r>
        <w:t>korz</w:t>
      </w:r>
      <w:r w:rsidR="00892C2C">
        <w:t>ystaniem</w:t>
      </w:r>
      <w:proofErr w:type="spellEnd"/>
      <w:r w:rsidR="00892C2C">
        <w:t xml:space="preserve"> z </w:t>
      </w:r>
      <w:proofErr w:type="gramStart"/>
      <w:r w:rsidR="00892C2C">
        <w:t xml:space="preserve">platformy </w:t>
      </w:r>
      <w:r>
        <w:t xml:space="preserve"> </w:t>
      </w:r>
      <w:proofErr w:type="spellStart"/>
      <w:r>
        <w:t>oraz</w:t>
      </w:r>
      <w:proofErr w:type="spellEnd"/>
      <w:proofErr w:type="gramEnd"/>
      <w:r>
        <w:t xml:space="preserve"> - </w:t>
      </w:r>
      <w:proofErr w:type="spellStart"/>
      <w:r>
        <w:t>jeżeli</w:t>
      </w:r>
      <w:proofErr w:type="spellEnd"/>
      <w:r>
        <w:t xml:space="preserve"> </w:t>
      </w:r>
      <w:proofErr w:type="spellStart"/>
      <w:r>
        <w:t>dotyczy</w:t>
      </w:r>
      <w:proofErr w:type="spellEnd"/>
      <w:r>
        <w:t xml:space="preserve"> - </w:t>
      </w:r>
      <w:proofErr w:type="spellStart"/>
      <w:r>
        <w:t>praktyczną</w:t>
      </w:r>
      <w:proofErr w:type="spellEnd"/>
      <w:r>
        <w:t xml:space="preserve"> </w:t>
      </w:r>
      <w:proofErr w:type="spellStart"/>
      <w:r>
        <w:t>nauką</w:t>
      </w:r>
      <w:proofErr w:type="spellEnd"/>
      <w:r>
        <w:t xml:space="preserve"> </w:t>
      </w:r>
      <w:proofErr w:type="spellStart"/>
      <w:r>
        <w:t>zawodu</w:t>
      </w:r>
      <w:proofErr w:type="spellEnd"/>
      <w:r>
        <w:t>.</w:t>
      </w:r>
    </w:p>
    <w:p w14:paraId="2586D868" w14:textId="77777777" w:rsidR="008A4B6C" w:rsidRDefault="007B4387">
      <w:r>
        <w:t xml:space="preserve">2. </w:t>
      </w:r>
      <w:proofErr w:type="spellStart"/>
      <w:r>
        <w:t>Umowa</w:t>
      </w:r>
      <w:proofErr w:type="spellEnd"/>
      <w:r>
        <w:t xml:space="preserve"> ma </w:t>
      </w:r>
      <w:proofErr w:type="spellStart"/>
      <w:r>
        <w:t>charakter</w:t>
      </w:r>
      <w:proofErr w:type="spellEnd"/>
      <w:r>
        <w:t xml:space="preserve"> </w:t>
      </w:r>
      <w:proofErr w:type="spellStart"/>
      <w:r>
        <w:t>ramowy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jest </w:t>
      </w:r>
      <w:proofErr w:type="spellStart"/>
      <w:r>
        <w:t>wykonywana</w:t>
      </w:r>
      <w:proofErr w:type="spellEnd"/>
      <w:r>
        <w:t xml:space="preserve"> </w:t>
      </w:r>
      <w:proofErr w:type="spellStart"/>
      <w:r>
        <w:t>łącznie</w:t>
      </w:r>
      <w:proofErr w:type="spellEnd"/>
      <w:r>
        <w:t xml:space="preserve"> </w:t>
      </w:r>
      <w:proofErr w:type="spellStart"/>
      <w:r>
        <w:t>ze</w:t>
      </w:r>
      <w:proofErr w:type="spellEnd"/>
      <w:r>
        <w:t xml:space="preserve"> </w:t>
      </w:r>
      <w:proofErr w:type="spellStart"/>
      <w:r>
        <w:t>Statutem</w:t>
      </w:r>
      <w:proofErr w:type="spellEnd"/>
      <w:r>
        <w:t xml:space="preserve"> </w:t>
      </w:r>
      <w:proofErr w:type="spellStart"/>
      <w:r>
        <w:t>Szkoły</w:t>
      </w:r>
      <w:proofErr w:type="spellEnd"/>
      <w:r>
        <w:t xml:space="preserve">, </w:t>
      </w:r>
      <w:proofErr w:type="spellStart"/>
      <w:r>
        <w:t>decyzją</w:t>
      </w:r>
      <w:proofErr w:type="spellEnd"/>
      <w:r>
        <w:t xml:space="preserve"> </w:t>
      </w:r>
      <w:proofErr w:type="spellStart"/>
      <w:r>
        <w:t>dyrektora</w:t>
      </w:r>
      <w:proofErr w:type="spellEnd"/>
      <w:r>
        <w:t xml:space="preserve"> w </w:t>
      </w:r>
      <w:proofErr w:type="spellStart"/>
      <w:r>
        <w:t>sprawie</w:t>
      </w:r>
      <w:proofErr w:type="spellEnd"/>
      <w:r>
        <w:t xml:space="preserve"> </w:t>
      </w:r>
      <w:proofErr w:type="spellStart"/>
      <w:r>
        <w:t>realizowania</w:t>
      </w:r>
      <w:proofErr w:type="spellEnd"/>
      <w:r>
        <w:t xml:space="preserve"> </w:t>
      </w:r>
      <w:proofErr w:type="spellStart"/>
      <w:r>
        <w:t>obowiązku</w:t>
      </w:r>
      <w:proofErr w:type="spellEnd"/>
      <w:r>
        <w:t xml:space="preserve"> </w:t>
      </w:r>
      <w:proofErr w:type="spellStart"/>
      <w:r>
        <w:t>nauki</w:t>
      </w:r>
      <w:proofErr w:type="spellEnd"/>
      <w:r>
        <w:t xml:space="preserve"> </w:t>
      </w:r>
      <w:proofErr w:type="spellStart"/>
      <w:r>
        <w:t>poza</w:t>
      </w:r>
      <w:proofErr w:type="spellEnd"/>
      <w:r>
        <w:t xml:space="preserve"> </w:t>
      </w:r>
      <w:proofErr w:type="spellStart"/>
      <w:r>
        <w:t>szkołą</w:t>
      </w:r>
      <w:proofErr w:type="spellEnd"/>
      <w:r>
        <w:t xml:space="preserve">, </w:t>
      </w:r>
      <w:proofErr w:type="spellStart"/>
      <w:r>
        <w:t>Regulaminem</w:t>
      </w:r>
      <w:proofErr w:type="spellEnd"/>
      <w:r>
        <w:t xml:space="preserve"> </w:t>
      </w:r>
      <w:proofErr w:type="spellStart"/>
      <w:r>
        <w:t>egzaminów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korzystania</w:t>
      </w:r>
      <w:proofErr w:type="spellEnd"/>
      <w:r>
        <w:t xml:space="preserve"> z platformy </w:t>
      </w:r>
      <w:proofErr w:type="spellStart"/>
      <w:r>
        <w:t>edukacyjnej</w:t>
      </w:r>
      <w:proofErr w:type="spellEnd"/>
      <w:r>
        <w:t xml:space="preserve">, </w:t>
      </w:r>
      <w:proofErr w:type="spellStart"/>
      <w:r>
        <w:t>Wykazem</w:t>
      </w:r>
      <w:proofErr w:type="spellEnd"/>
      <w:r>
        <w:t xml:space="preserve"> </w:t>
      </w:r>
      <w:proofErr w:type="spellStart"/>
      <w:r>
        <w:t>opłat</w:t>
      </w:r>
      <w:proofErr w:type="spellEnd"/>
      <w:r>
        <w:t xml:space="preserve">, </w:t>
      </w:r>
      <w:proofErr w:type="spellStart"/>
      <w:r>
        <w:t>klauzulą</w:t>
      </w:r>
      <w:proofErr w:type="spellEnd"/>
      <w:r>
        <w:t xml:space="preserve"> </w:t>
      </w:r>
      <w:proofErr w:type="spellStart"/>
      <w:r>
        <w:t>informacyjną</w:t>
      </w:r>
      <w:proofErr w:type="spellEnd"/>
      <w:r>
        <w:t xml:space="preserve"> RODO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zasadami</w:t>
      </w:r>
      <w:proofErr w:type="spellEnd"/>
      <w:r>
        <w:t xml:space="preserve"> BHP, </w:t>
      </w:r>
      <w:proofErr w:type="spellStart"/>
      <w:r>
        <w:t>ubezpieczenia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praktycznej</w:t>
      </w:r>
      <w:proofErr w:type="spellEnd"/>
      <w:r>
        <w:t xml:space="preserve"> </w:t>
      </w:r>
      <w:proofErr w:type="spellStart"/>
      <w:r>
        <w:t>nauki</w:t>
      </w:r>
      <w:proofErr w:type="spellEnd"/>
      <w:r>
        <w:t xml:space="preserve"> </w:t>
      </w:r>
      <w:proofErr w:type="spellStart"/>
      <w:r>
        <w:t>zawodu</w:t>
      </w:r>
      <w:proofErr w:type="spellEnd"/>
      <w:r>
        <w:t>.</w:t>
      </w:r>
    </w:p>
    <w:p w14:paraId="4128DFFA" w14:textId="77777777" w:rsidR="008A4B6C" w:rsidRDefault="007B4387">
      <w:r>
        <w:t xml:space="preserve">3. </w:t>
      </w:r>
      <w:proofErr w:type="spellStart"/>
      <w:r>
        <w:t>Opiekunowie</w:t>
      </w:r>
      <w:proofErr w:type="spellEnd"/>
      <w:r>
        <w:t xml:space="preserve"> </w:t>
      </w:r>
      <w:proofErr w:type="spellStart"/>
      <w:r>
        <w:t>oświadczają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przed</w:t>
      </w:r>
      <w:proofErr w:type="spellEnd"/>
      <w:r>
        <w:t xml:space="preserve"> </w:t>
      </w:r>
      <w:proofErr w:type="spellStart"/>
      <w:r>
        <w:t>zawarciem</w:t>
      </w:r>
      <w:proofErr w:type="spellEnd"/>
      <w:r>
        <w:t xml:space="preserve"> </w:t>
      </w:r>
      <w:proofErr w:type="spellStart"/>
      <w:r>
        <w:t>Umowy</w:t>
      </w:r>
      <w:proofErr w:type="spellEnd"/>
      <w:r>
        <w:t xml:space="preserve"> </w:t>
      </w:r>
      <w:proofErr w:type="spellStart"/>
      <w:r>
        <w:t>mieli</w:t>
      </w:r>
      <w:proofErr w:type="spellEnd"/>
      <w:r>
        <w:t xml:space="preserve"> </w:t>
      </w:r>
      <w:proofErr w:type="spellStart"/>
      <w:r>
        <w:t>możliwość</w:t>
      </w:r>
      <w:proofErr w:type="spellEnd"/>
      <w:r>
        <w:t xml:space="preserve"> </w:t>
      </w:r>
      <w:proofErr w:type="spellStart"/>
      <w:r>
        <w:t>zapoznania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z </w:t>
      </w:r>
      <w:proofErr w:type="spellStart"/>
      <w:r>
        <w:t>dokumentami</w:t>
      </w:r>
      <w:proofErr w:type="spellEnd"/>
      <w:r>
        <w:t xml:space="preserve"> </w:t>
      </w:r>
      <w:proofErr w:type="spellStart"/>
      <w:r>
        <w:t>wskazanymi</w:t>
      </w:r>
      <w:proofErr w:type="spellEnd"/>
      <w:r>
        <w:t xml:space="preserve"> w </w:t>
      </w:r>
      <w:proofErr w:type="spellStart"/>
      <w:r>
        <w:t>ust</w:t>
      </w:r>
      <w:proofErr w:type="spellEnd"/>
      <w:r>
        <w:t xml:space="preserve">. 2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akceptują</w:t>
      </w:r>
      <w:proofErr w:type="spellEnd"/>
      <w:r>
        <w:t xml:space="preserve"> ich </w:t>
      </w:r>
      <w:proofErr w:type="spellStart"/>
      <w:r>
        <w:t>stosowanie</w:t>
      </w:r>
      <w:proofErr w:type="spellEnd"/>
      <w:r>
        <w:t xml:space="preserve"> w </w:t>
      </w:r>
      <w:proofErr w:type="spellStart"/>
      <w:r>
        <w:t>zakresie</w:t>
      </w:r>
      <w:proofErr w:type="spellEnd"/>
      <w:r>
        <w:t xml:space="preserve"> </w:t>
      </w:r>
      <w:proofErr w:type="spellStart"/>
      <w:r>
        <w:t>dotyczącym</w:t>
      </w:r>
      <w:proofErr w:type="spellEnd"/>
      <w:r>
        <w:t xml:space="preserve"> </w:t>
      </w:r>
      <w:proofErr w:type="spellStart"/>
      <w:r>
        <w:t>Ucznia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Opiekunów</w:t>
      </w:r>
      <w:proofErr w:type="spellEnd"/>
      <w:r>
        <w:t>.</w:t>
      </w:r>
    </w:p>
    <w:p w14:paraId="58255DA0" w14:textId="77777777" w:rsidR="008A4B6C" w:rsidRDefault="007B4387">
      <w:r>
        <w:t xml:space="preserve">4. W </w:t>
      </w:r>
      <w:proofErr w:type="spellStart"/>
      <w:r>
        <w:t>razie</w:t>
      </w:r>
      <w:proofErr w:type="spellEnd"/>
      <w:r>
        <w:t xml:space="preserve"> </w:t>
      </w:r>
      <w:proofErr w:type="spellStart"/>
      <w:r>
        <w:t>sprzeczności</w:t>
      </w:r>
      <w:proofErr w:type="spellEnd"/>
      <w:r>
        <w:t xml:space="preserve"> </w:t>
      </w:r>
      <w:proofErr w:type="spellStart"/>
      <w:r>
        <w:t>Umowy</w:t>
      </w:r>
      <w:proofErr w:type="spellEnd"/>
      <w:r>
        <w:t xml:space="preserve"> z </w:t>
      </w:r>
      <w:proofErr w:type="spellStart"/>
      <w:r>
        <w:t>regulaminem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załącznikiem</w:t>
      </w:r>
      <w:proofErr w:type="spellEnd"/>
      <w:r>
        <w:t xml:space="preserve"> </w:t>
      </w:r>
      <w:proofErr w:type="spellStart"/>
      <w:r>
        <w:t>pierwszeństwo</w:t>
      </w:r>
      <w:proofErr w:type="spellEnd"/>
      <w:r>
        <w:t xml:space="preserve"> ma </w:t>
      </w:r>
      <w:proofErr w:type="spellStart"/>
      <w:r>
        <w:t>Umowa</w:t>
      </w:r>
      <w:proofErr w:type="spellEnd"/>
      <w:r>
        <w:t xml:space="preserve">, a </w:t>
      </w:r>
      <w:proofErr w:type="spellStart"/>
      <w:r>
        <w:t>następnie</w:t>
      </w:r>
      <w:proofErr w:type="spellEnd"/>
      <w:r>
        <w:t xml:space="preserve"> </w:t>
      </w:r>
      <w:proofErr w:type="spellStart"/>
      <w:r>
        <w:t>przepisy</w:t>
      </w:r>
      <w:proofErr w:type="spellEnd"/>
      <w:r>
        <w:t xml:space="preserve"> </w:t>
      </w:r>
      <w:proofErr w:type="spellStart"/>
      <w:r>
        <w:t>bezwzględnie</w:t>
      </w:r>
      <w:proofErr w:type="spellEnd"/>
      <w:r>
        <w:t xml:space="preserve"> </w:t>
      </w:r>
      <w:proofErr w:type="spellStart"/>
      <w:r>
        <w:t>obowiązujące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Statut</w:t>
      </w:r>
      <w:proofErr w:type="spellEnd"/>
      <w:r>
        <w:t xml:space="preserve"> </w:t>
      </w:r>
      <w:proofErr w:type="spellStart"/>
      <w:r>
        <w:t>Szkoły</w:t>
      </w:r>
      <w:proofErr w:type="spellEnd"/>
      <w:r>
        <w:t>.</w:t>
      </w:r>
    </w:p>
    <w:p w14:paraId="2C859ADE" w14:textId="77777777" w:rsidR="008A4B6C" w:rsidRDefault="007B4387">
      <w:pPr>
        <w:pStyle w:val="Nagwek1"/>
        <w:spacing w:after="40"/>
      </w:pPr>
      <w:r>
        <w:t xml:space="preserve">§ 2. </w:t>
      </w:r>
      <w:proofErr w:type="spellStart"/>
      <w:r>
        <w:t>Oświadczenia</w:t>
      </w:r>
      <w:proofErr w:type="spellEnd"/>
      <w:r>
        <w:t xml:space="preserve"> </w:t>
      </w:r>
      <w:proofErr w:type="spellStart"/>
      <w:r>
        <w:t>Stron</w:t>
      </w:r>
      <w:proofErr w:type="spellEnd"/>
    </w:p>
    <w:p w14:paraId="1C930507" w14:textId="77777777" w:rsidR="008A4B6C" w:rsidRDefault="007B4387">
      <w:r>
        <w:t xml:space="preserve">1. </w:t>
      </w:r>
      <w:proofErr w:type="spellStart"/>
      <w:r>
        <w:t>Szkoła</w:t>
      </w:r>
      <w:proofErr w:type="spellEnd"/>
      <w:r>
        <w:t xml:space="preserve"> </w:t>
      </w:r>
      <w:proofErr w:type="spellStart"/>
      <w:r>
        <w:t>oświadcza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prowadzi</w:t>
      </w:r>
      <w:proofErr w:type="spellEnd"/>
      <w:r>
        <w:t xml:space="preserve"> </w:t>
      </w:r>
      <w:proofErr w:type="spellStart"/>
      <w:r>
        <w:t>kształcenie</w:t>
      </w:r>
      <w:proofErr w:type="spellEnd"/>
      <w:r>
        <w:t xml:space="preserve"> </w:t>
      </w:r>
      <w:proofErr w:type="spellStart"/>
      <w:r>
        <w:t>zgodnie</w:t>
      </w:r>
      <w:proofErr w:type="spellEnd"/>
      <w:r>
        <w:t xml:space="preserve"> z </w:t>
      </w:r>
      <w:proofErr w:type="spellStart"/>
      <w:r>
        <w:t>obowiązującymi</w:t>
      </w:r>
      <w:proofErr w:type="spellEnd"/>
      <w:r>
        <w:t xml:space="preserve"> </w:t>
      </w:r>
      <w:proofErr w:type="spellStart"/>
      <w:r>
        <w:t>przepisami</w:t>
      </w:r>
      <w:proofErr w:type="spellEnd"/>
      <w:r>
        <w:t xml:space="preserve"> </w:t>
      </w:r>
      <w:proofErr w:type="spellStart"/>
      <w:r>
        <w:t>prawa</w:t>
      </w:r>
      <w:proofErr w:type="spellEnd"/>
      <w:r>
        <w:t xml:space="preserve"> </w:t>
      </w:r>
      <w:proofErr w:type="spellStart"/>
      <w:r>
        <w:t>oświatowego</w:t>
      </w:r>
      <w:proofErr w:type="spellEnd"/>
      <w:r>
        <w:t xml:space="preserve">, </w:t>
      </w:r>
      <w:proofErr w:type="spellStart"/>
      <w:r>
        <w:t>Statutem</w:t>
      </w:r>
      <w:proofErr w:type="spellEnd"/>
      <w:r>
        <w:t xml:space="preserve"> </w:t>
      </w:r>
      <w:proofErr w:type="spellStart"/>
      <w:r>
        <w:t>Szkoły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organizacją</w:t>
      </w:r>
      <w:proofErr w:type="spellEnd"/>
      <w:r>
        <w:t xml:space="preserve"> </w:t>
      </w:r>
      <w:proofErr w:type="spellStart"/>
      <w:r>
        <w:t>pracy</w:t>
      </w:r>
      <w:proofErr w:type="spellEnd"/>
      <w:r>
        <w:t xml:space="preserve"> </w:t>
      </w:r>
      <w:proofErr w:type="spellStart"/>
      <w:r>
        <w:t>przyjętą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dyrektora</w:t>
      </w:r>
      <w:proofErr w:type="spellEnd"/>
      <w:r>
        <w:t>.</w:t>
      </w:r>
    </w:p>
    <w:p w14:paraId="4F3490DE" w14:textId="77777777" w:rsidR="008A4B6C" w:rsidRDefault="007B4387">
      <w:r>
        <w:t xml:space="preserve">2. </w:t>
      </w:r>
      <w:proofErr w:type="spellStart"/>
      <w:r>
        <w:t>Opiekunowie</w:t>
      </w:r>
      <w:proofErr w:type="spellEnd"/>
      <w:r>
        <w:t xml:space="preserve"> </w:t>
      </w:r>
      <w:proofErr w:type="spellStart"/>
      <w:r>
        <w:t>oświadczają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przysługuje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władza</w:t>
      </w:r>
      <w:proofErr w:type="spellEnd"/>
      <w:r>
        <w:t xml:space="preserve"> </w:t>
      </w:r>
      <w:proofErr w:type="spellStart"/>
      <w:r>
        <w:t>rodzicielska</w:t>
      </w:r>
      <w:proofErr w:type="spellEnd"/>
      <w:r>
        <w:t xml:space="preserve"> </w:t>
      </w:r>
      <w:proofErr w:type="spellStart"/>
      <w:r>
        <w:t>albo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</w:t>
      </w:r>
      <w:proofErr w:type="spellStart"/>
      <w:r>
        <w:t>uprawnieni</w:t>
      </w:r>
      <w:proofErr w:type="spellEnd"/>
      <w:r>
        <w:t xml:space="preserve"> do </w:t>
      </w:r>
      <w:proofErr w:type="spellStart"/>
      <w:r>
        <w:t>reprezentowania</w:t>
      </w:r>
      <w:proofErr w:type="spellEnd"/>
      <w:r>
        <w:t xml:space="preserve"> </w:t>
      </w:r>
      <w:proofErr w:type="spellStart"/>
      <w:r>
        <w:t>Ucznia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że</w:t>
      </w:r>
      <w:proofErr w:type="spellEnd"/>
      <w:r>
        <w:t xml:space="preserve"> </w:t>
      </w:r>
      <w:proofErr w:type="spellStart"/>
      <w:r>
        <w:t>przekazane</w:t>
      </w:r>
      <w:proofErr w:type="spellEnd"/>
      <w:r>
        <w:t xml:space="preserve"> </w:t>
      </w:r>
      <w:proofErr w:type="spellStart"/>
      <w:r>
        <w:t>Szkole</w:t>
      </w:r>
      <w:proofErr w:type="spellEnd"/>
      <w:r>
        <w:t xml:space="preserve"> </w:t>
      </w:r>
      <w:proofErr w:type="spellStart"/>
      <w:r>
        <w:t>dane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</w:t>
      </w:r>
      <w:proofErr w:type="spellStart"/>
      <w:r>
        <w:t>prawdziwe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aktualne</w:t>
      </w:r>
      <w:proofErr w:type="spellEnd"/>
      <w:r>
        <w:t>.</w:t>
      </w:r>
    </w:p>
    <w:p w14:paraId="2EA67EC0" w14:textId="77777777" w:rsidR="008A4B6C" w:rsidRDefault="007B4387">
      <w:r>
        <w:t xml:space="preserve">3. </w:t>
      </w:r>
      <w:proofErr w:type="spellStart"/>
      <w:r>
        <w:t>Opiekunowie</w:t>
      </w:r>
      <w:proofErr w:type="spellEnd"/>
      <w:r>
        <w:t xml:space="preserve"> </w:t>
      </w:r>
      <w:proofErr w:type="spellStart"/>
      <w:r>
        <w:t>zobowiązują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niezwłocznie</w:t>
      </w:r>
      <w:proofErr w:type="spellEnd"/>
      <w:r>
        <w:t xml:space="preserve"> </w:t>
      </w:r>
      <w:proofErr w:type="spellStart"/>
      <w:r>
        <w:t>informować</w:t>
      </w:r>
      <w:proofErr w:type="spellEnd"/>
      <w:r>
        <w:t xml:space="preserve"> </w:t>
      </w:r>
      <w:proofErr w:type="spellStart"/>
      <w:r>
        <w:t>Szkołę</w:t>
      </w:r>
      <w:proofErr w:type="spellEnd"/>
      <w:r>
        <w:t xml:space="preserve"> o </w:t>
      </w:r>
      <w:proofErr w:type="spellStart"/>
      <w:r>
        <w:t>zmianie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kontaktowych</w:t>
      </w:r>
      <w:proofErr w:type="spellEnd"/>
      <w:r>
        <w:t xml:space="preserve">, </w:t>
      </w:r>
      <w:proofErr w:type="spellStart"/>
      <w:r>
        <w:t>adresowych</w:t>
      </w:r>
      <w:proofErr w:type="spellEnd"/>
      <w:r>
        <w:t xml:space="preserve">, </w:t>
      </w:r>
      <w:proofErr w:type="spellStart"/>
      <w:r>
        <w:t>statusu</w:t>
      </w:r>
      <w:proofErr w:type="spellEnd"/>
      <w:r>
        <w:t xml:space="preserve"> </w:t>
      </w:r>
      <w:proofErr w:type="spellStart"/>
      <w:r>
        <w:t>ucznia</w:t>
      </w:r>
      <w:proofErr w:type="spellEnd"/>
      <w:r>
        <w:t xml:space="preserve">, </w:t>
      </w:r>
      <w:proofErr w:type="spellStart"/>
      <w:r>
        <w:t>orzeczeń</w:t>
      </w:r>
      <w:proofErr w:type="spellEnd"/>
      <w:r>
        <w:t xml:space="preserve">, </w:t>
      </w:r>
      <w:proofErr w:type="spellStart"/>
      <w:r>
        <w:t>opinii</w:t>
      </w:r>
      <w:proofErr w:type="spellEnd"/>
      <w:r>
        <w:t xml:space="preserve">, </w:t>
      </w:r>
      <w:proofErr w:type="spellStart"/>
      <w:r>
        <w:t>stanu</w:t>
      </w:r>
      <w:proofErr w:type="spellEnd"/>
      <w:r>
        <w:t xml:space="preserve"> </w:t>
      </w:r>
      <w:proofErr w:type="spellStart"/>
      <w:r>
        <w:t>zdrowia</w:t>
      </w:r>
      <w:proofErr w:type="spellEnd"/>
      <w:r>
        <w:t xml:space="preserve"> </w:t>
      </w:r>
      <w:proofErr w:type="spellStart"/>
      <w:r>
        <w:t>istotnego</w:t>
      </w:r>
      <w:proofErr w:type="spellEnd"/>
      <w:r>
        <w:t xml:space="preserve"> </w:t>
      </w:r>
      <w:proofErr w:type="spellStart"/>
      <w:r>
        <w:t>dla</w:t>
      </w:r>
      <w:proofErr w:type="spellEnd"/>
      <w:r>
        <w:t xml:space="preserve"> </w:t>
      </w:r>
      <w:proofErr w:type="spellStart"/>
      <w:r>
        <w:t>nauki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bezpieczeństwa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innych</w:t>
      </w:r>
      <w:proofErr w:type="spellEnd"/>
      <w:r>
        <w:t xml:space="preserve"> </w:t>
      </w:r>
      <w:proofErr w:type="spellStart"/>
      <w:r>
        <w:t>okoliczności</w:t>
      </w:r>
      <w:proofErr w:type="spellEnd"/>
      <w:r>
        <w:t xml:space="preserve"> </w:t>
      </w:r>
      <w:proofErr w:type="spellStart"/>
      <w:r>
        <w:t>mających</w:t>
      </w:r>
      <w:proofErr w:type="spellEnd"/>
      <w:r>
        <w:t xml:space="preserve"> </w:t>
      </w:r>
      <w:proofErr w:type="spellStart"/>
      <w:r>
        <w:t>znaczenie</w:t>
      </w:r>
      <w:proofErr w:type="spellEnd"/>
      <w:r>
        <w:t xml:space="preserve"> </w:t>
      </w:r>
      <w:proofErr w:type="spellStart"/>
      <w:r>
        <w:t>dla</w:t>
      </w:r>
      <w:proofErr w:type="spellEnd"/>
      <w:r>
        <w:t xml:space="preserve"> </w:t>
      </w:r>
      <w:proofErr w:type="spellStart"/>
      <w:r>
        <w:t>wykonywania</w:t>
      </w:r>
      <w:proofErr w:type="spellEnd"/>
      <w:r>
        <w:t xml:space="preserve"> </w:t>
      </w:r>
      <w:proofErr w:type="spellStart"/>
      <w:r>
        <w:t>Umowy</w:t>
      </w:r>
      <w:proofErr w:type="spellEnd"/>
      <w:r>
        <w:t>.</w:t>
      </w:r>
    </w:p>
    <w:p w14:paraId="44594705" w14:textId="77777777" w:rsidR="008A4B6C" w:rsidRDefault="007B4387">
      <w:r>
        <w:t xml:space="preserve">4. </w:t>
      </w:r>
      <w:proofErr w:type="spellStart"/>
      <w:r>
        <w:t>Strony</w:t>
      </w:r>
      <w:proofErr w:type="spellEnd"/>
      <w:r>
        <w:t xml:space="preserve"> </w:t>
      </w:r>
      <w:proofErr w:type="spellStart"/>
      <w:r>
        <w:t>przyjmują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wszelkie</w:t>
      </w:r>
      <w:proofErr w:type="spellEnd"/>
      <w:r>
        <w:t xml:space="preserve"> </w:t>
      </w:r>
      <w:proofErr w:type="spellStart"/>
      <w:r>
        <w:t>dni</w:t>
      </w:r>
      <w:proofErr w:type="spellEnd"/>
      <w:r>
        <w:t xml:space="preserve"> </w:t>
      </w:r>
      <w:proofErr w:type="spellStart"/>
      <w:r>
        <w:t>określone</w:t>
      </w:r>
      <w:proofErr w:type="spellEnd"/>
      <w:r>
        <w:t xml:space="preserve"> w </w:t>
      </w:r>
      <w:proofErr w:type="spellStart"/>
      <w:r>
        <w:t>Umowie</w:t>
      </w:r>
      <w:proofErr w:type="spellEnd"/>
      <w:r>
        <w:t xml:space="preserve"> bez </w:t>
      </w:r>
      <w:proofErr w:type="spellStart"/>
      <w:r>
        <w:t>dopisku</w:t>
      </w:r>
      <w:proofErr w:type="spellEnd"/>
      <w:r>
        <w:t xml:space="preserve"> „</w:t>
      </w:r>
      <w:proofErr w:type="spellStart"/>
      <w:r>
        <w:t>robocze</w:t>
      </w:r>
      <w:proofErr w:type="spellEnd"/>
      <w:r>
        <w:t xml:space="preserve">” </w:t>
      </w:r>
      <w:proofErr w:type="spellStart"/>
      <w:r>
        <w:t>są</w:t>
      </w:r>
      <w:proofErr w:type="spellEnd"/>
      <w:r>
        <w:t xml:space="preserve"> </w:t>
      </w:r>
      <w:proofErr w:type="spellStart"/>
      <w:r>
        <w:t>dniami</w:t>
      </w:r>
      <w:proofErr w:type="spellEnd"/>
      <w:r>
        <w:t xml:space="preserve"> </w:t>
      </w:r>
      <w:proofErr w:type="spellStart"/>
      <w:r>
        <w:t>kalendarzowymi</w:t>
      </w:r>
      <w:proofErr w:type="spellEnd"/>
      <w:r>
        <w:t xml:space="preserve">, </w:t>
      </w:r>
      <w:proofErr w:type="spellStart"/>
      <w:r>
        <w:t>chyba</w:t>
      </w:r>
      <w:proofErr w:type="spellEnd"/>
      <w:r>
        <w:t xml:space="preserve"> </w:t>
      </w:r>
      <w:proofErr w:type="spellStart"/>
      <w:r>
        <w:t>że</w:t>
      </w:r>
      <w:proofErr w:type="spellEnd"/>
      <w:r>
        <w:t xml:space="preserve"> z </w:t>
      </w:r>
      <w:proofErr w:type="spellStart"/>
      <w:r>
        <w:t>treści</w:t>
      </w:r>
      <w:proofErr w:type="spellEnd"/>
      <w:r>
        <w:t xml:space="preserve"> </w:t>
      </w:r>
      <w:proofErr w:type="spellStart"/>
      <w:r>
        <w:t>postanowienia</w:t>
      </w:r>
      <w:proofErr w:type="spellEnd"/>
      <w:r>
        <w:t xml:space="preserve"> </w:t>
      </w:r>
      <w:proofErr w:type="spellStart"/>
      <w:r>
        <w:t>albo</w:t>
      </w:r>
      <w:proofErr w:type="spellEnd"/>
      <w:r>
        <w:t xml:space="preserve"> </w:t>
      </w:r>
      <w:proofErr w:type="spellStart"/>
      <w:r>
        <w:t>przepisu</w:t>
      </w:r>
      <w:proofErr w:type="spellEnd"/>
      <w:r>
        <w:t xml:space="preserve"> </w:t>
      </w:r>
      <w:proofErr w:type="spellStart"/>
      <w:r>
        <w:t>prawa</w:t>
      </w:r>
      <w:proofErr w:type="spellEnd"/>
      <w:r>
        <w:t xml:space="preserve"> </w:t>
      </w:r>
      <w:proofErr w:type="spellStart"/>
      <w:r>
        <w:t>wynika</w:t>
      </w:r>
      <w:proofErr w:type="spellEnd"/>
      <w:r>
        <w:t xml:space="preserve"> </w:t>
      </w:r>
      <w:proofErr w:type="spellStart"/>
      <w:r>
        <w:t>inaczej</w:t>
      </w:r>
      <w:proofErr w:type="spellEnd"/>
      <w:r>
        <w:t>.</w:t>
      </w:r>
    </w:p>
    <w:p w14:paraId="3006584B" w14:textId="77777777" w:rsidR="008A4B6C" w:rsidRDefault="007B4387">
      <w:pPr>
        <w:pStyle w:val="Nagwek1"/>
        <w:spacing w:after="40"/>
      </w:pPr>
      <w:r>
        <w:t xml:space="preserve">§ 3. </w:t>
      </w:r>
      <w:proofErr w:type="spellStart"/>
      <w:r>
        <w:t>Zawarcie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potwierdzenie</w:t>
      </w:r>
      <w:proofErr w:type="spellEnd"/>
      <w:r>
        <w:t xml:space="preserve"> </w:t>
      </w:r>
      <w:proofErr w:type="spellStart"/>
      <w:r>
        <w:t>Umowy</w:t>
      </w:r>
      <w:proofErr w:type="spellEnd"/>
    </w:p>
    <w:p w14:paraId="7E76080A" w14:textId="77777777" w:rsidR="008A4B6C" w:rsidRDefault="007B4387">
      <w:r>
        <w:t xml:space="preserve">1. </w:t>
      </w:r>
      <w:proofErr w:type="spellStart"/>
      <w:r>
        <w:t>Umowa</w:t>
      </w:r>
      <w:proofErr w:type="spellEnd"/>
      <w:r>
        <w:t xml:space="preserve"> </w:t>
      </w:r>
      <w:proofErr w:type="spellStart"/>
      <w:r>
        <w:t>może</w:t>
      </w:r>
      <w:proofErr w:type="spellEnd"/>
      <w:r>
        <w:t xml:space="preserve"> </w:t>
      </w:r>
      <w:proofErr w:type="spellStart"/>
      <w:r>
        <w:t>zostać</w:t>
      </w:r>
      <w:proofErr w:type="spellEnd"/>
      <w:r>
        <w:t xml:space="preserve"> </w:t>
      </w:r>
      <w:proofErr w:type="spellStart"/>
      <w:r>
        <w:t>zawarta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podpisanie</w:t>
      </w:r>
      <w:proofErr w:type="spellEnd"/>
      <w:r>
        <w:t xml:space="preserve"> </w:t>
      </w:r>
      <w:proofErr w:type="spellStart"/>
      <w:r>
        <w:t>dokumentu</w:t>
      </w:r>
      <w:proofErr w:type="spellEnd"/>
      <w:r>
        <w:t xml:space="preserve"> w </w:t>
      </w:r>
      <w:proofErr w:type="spellStart"/>
      <w:r>
        <w:t>formie</w:t>
      </w:r>
      <w:proofErr w:type="spellEnd"/>
      <w:r>
        <w:t xml:space="preserve"> </w:t>
      </w:r>
      <w:proofErr w:type="spellStart"/>
      <w:r>
        <w:t>papierowej</w:t>
      </w:r>
      <w:proofErr w:type="spellEnd"/>
      <w:r>
        <w:t xml:space="preserve">, </w:t>
      </w:r>
      <w:proofErr w:type="spellStart"/>
      <w:r>
        <w:t>odesłanie</w:t>
      </w:r>
      <w:proofErr w:type="spellEnd"/>
      <w:r>
        <w:t xml:space="preserve"> </w:t>
      </w:r>
      <w:proofErr w:type="spellStart"/>
      <w:r>
        <w:t>podpisanego</w:t>
      </w:r>
      <w:proofErr w:type="spellEnd"/>
      <w:r>
        <w:t xml:space="preserve"> </w:t>
      </w:r>
      <w:proofErr w:type="spellStart"/>
      <w:r>
        <w:t>skanu</w:t>
      </w:r>
      <w:proofErr w:type="spellEnd"/>
      <w:r>
        <w:t xml:space="preserve"> </w:t>
      </w:r>
      <w:proofErr w:type="spellStart"/>
      <w:r>
        <w:t>Umowy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adres</w:t>
      </w:r>
      <w:proofErr w:type="spellEnd"/>
      <w:r>
        <w:t xml:space="preserve"> e-mail </w:t>
      </w:r>
      <w:proofErr w:type="spellStart"/>
      <w:r>
        <w:t>wskazany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Szkołę</w:t>
      </w:r>
      <w:proofErr w:type="spellEnd"/>
      <w:r>
        <w:t xml:space="preserve">, </w:t>
      </w:r>
      <w:proofErr w:type="spellStart"/>
      <w:r>
        <w:t>przesłanie</w:t>
      </w:r>
      <w:proofErr w:type="spellEnd"/>
      <w:r>
        <w:t xml:space="preserve"> </w:t>
      </w:r>
      <w:proofErr w:type="spellStart"/>
      <w:r>
        <w:t>podpisanego</w:t>
      </w:r>
      <w:proofErr w:type="spellEnd"/>
      <w:r>
        <w:t xml:space="preserve"> </w:t>
      </w:r>
      <w:proofErr w:type="spellStart"/>
      <w:r>
        <w:t>egzemplarza</w:t>
      </w:r>
      <w:proofErr w:type="spellEnd"/>
      <w:r>
        <w:t xml:space="preserve"> </w:t>
      </w:r>
      <w:proofErr w:type="spellStart"/>
      <w:r>
        <w:t>pocztą</w:t>
      </w:r>
      <w:proofErr w:type="spellEnd"/>
      <w:r>
        <w:t xml:space="preserve"> </w:t>
      </w:r>
      <w:proofErr w:type="spellStart"/>
      <w:r>
        <w:t>tradycyjną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adres</w:t>
      </w:r>
      <w:proofErr w:type="spellEnd"/>
      <w:r>
        <w:t xml:space="preserve"> </w:t>
      </w:r>
      <w:proofErr w:type="spellStart"/>
      <w:r>
        <w:t>Szkoły</w:t>
      </w:r>
      <w:proofErr w:type="spellEnd"/>
      <w:r>
        <w:t xml:space="preserve"> </w:t>
      </w:r>
      <w:proofErr w:type="spellStart"/>
      <w:r>
        <w:t>albo</w:t>
      </w:r>
      <w:proofErr w:type="spellEnd"/>
      <w:r>
        <w:t xml:space="preserve"> </w:t>
      </w:r>
      <w:proofErr w:type="spellStart"/>
      <w:r>
        <w:t>poprzez</w:t>
      </w:r>
      <w:proofErr w:type="spellEnd"/>
      <w:r>
        <w:t xml:space="preserve"> </w:t>
      </w:r>
      <w:proofErr w:type="spellStart"/>
      <w:r>
        <w:t>akceptację</w:t>
      </w:r>
      <w:proofErr w:type="spellEnd"/>
      <w:r>
        <w:t xml:space="preserve"> </w:t>
      </w:r>
      <w:proofErr w:type="spellStart"/>
      <w:r>
        <w:t>dokumentów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platformie</w:t>
      </w:r>
      <w:proofErr w:type="spellEnd"/>
      <w:r>
        <w:t xml:space="preserve">, </w:t>
      </w:r>
      <w:proofErr w:type="spellStart"/>
      <w:r>
        <w:t>jeżeli</w:t>
      </w:r>
      <w:proofErr w:type="spellEnd"/>
      <w:r>
        <w:t xml:space="preserve"> </w:t>
      </w:r>
      <w:proofErr w:type="spellStart"/>
      <w:r>
        <w:t>Szkoła</w:t>
      </w:r>
      <w:proofErr w:type="spellEnd"/>
      <w:r>
        <w:t xml:space="preserve"> </w:t>
      </w:r>
      <w:proofErr w:type="spellStart"/>
      <w:r>
        <w:t>udostępnia</w:t>
      </w:r>
      <w:proofErr w:type="spellEnd"/>
      <w:r>
        <w:t xml:space="preserve"> </w:t>
      </w:r>
      <w:proofErr w:type="spellStart"/>
      <w:r>
        <w:t>taką</w:t>
      </w:r>
      <w:proofErr w:type="spellEnd"/>
      <w:r>
        <w:t xml:space="preserve"> </w:t>
      </w:r>
      <w:proofErr w:type="spellStart"/>
      <w:r>
        <w:t>funkcję</w:t>
      </w:r>
      <w:proofErr w:type="spellEnd"/>
      <w:r>
        <w:t>.</w:t>
      </w:r>
    </w:p>
    <w:p w14:paraId="111F5CD3" w14:textId="77777777" w:rsidR="008A4B6C" w:rsidRDefault="007B4387">
      <w:r>
        <w:t xml:space="preserve">2. </w:t>
      </w:r>
      <w:proofErr w:type="spellStart"/>
      <w:r>
        <w:t>Strony</w:t>
      </w:r>
      <w:proofErr w:type="spellEnd"/>
      <w:r>
        <w:t xml:space="preserve"> </w:t>
      </w:r>
      <w:proofErr w:type="spellStart"/>
      <w:r>
        <w:t>dopuszczają</w:t>
      </w:r>
      <w:proofErr w:type="spellEnd"/>
      <w:r>
        <w:t xml:space="preserve"> </w:t>
      </w:r>
      <w:proofErr w:type="spellStart"/>
      <w:r>
        <w:t>potwierdzenie</w:t>
      </w:r>
      <w:proofErr w:type="spellEnd"/>
      <w:r>
        <w:t xml:space="preserve"> </w:t>
      </w:r>
      <w:proofErr w:type="spellStart"/>
      <w:r>
        <w:t>zawarcia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akceptacji</w:t>
      </w:r>
      <w:proofErr w:type="spellEnd"/>
      <w:r>
        <w:t xml:space="preserve"> </w:t>
      </w:r>
      <w:proofErr w:type="spellStart"/>
      <w:r>
        <w:t>Umowy</w:t>
      </w:r>
      <w:proofErr w:type="spellEnd"/>
      <w:r>
        <w:t xml:space="preserve"> </w:t>
      </w:r>
      <w:proofErr w:type="spellStart"/>
      <w:r>
        <w:t>również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wniesienie</w:t>
      </w:r>
      <w:proofErr w:type="spellEnd"/>
      <w:r>
        <w:t xml:space="preserve"> </w:t>
      </w:r>
      <w:proofErr w:type="spellStart"/>
      <w:r>
        <w:t>opłaty</w:t>
      </w:r>
      <w:proofErr w:type="spellEnd"/>
      <w:r>
        <w:t xml:space="preserve"> </w:t>
      </w:r>
      <w:proofErr w:type="spellStart"/>
      <w:r>
        <w:t>wpisowej</w:t>
      </w:r>
      <w:proofErr w:type="spellEnd"/>
      <w:r>
        <w:t xml:space="preserve"> z </w:t>
      </w:r>
      <w:proofErr w:type="spellStart"/>
      <w:r>
        <w:t>osobistego</w:t>
      </w:r>
      <w:proofErr w:type="spellEnd"/>
      <w:r>
        <w:t xml:space="preserve"> </w:t>
      </w:r>
      <w:proofErr w:type="spellStart"/>
      <w:r>
        <w:t>rachunku</w:t>
      </w:r>
      <w:proofErr w:type="spellEnd"/>
      <w:r>
        <w:t xml:space="preserve"> </w:t>
      </w:r>
      <w:proofErr w:type="spellStart"/>
      <w:r>
        <w:t>bankowego</w:t>
      </w:r>
      <w:proofErr w:type="spellEnd"/>
      <w:r>
        <w:t xml:space="preserve"> </w:t>
      </w:r>
      <w:proofErr w:type="spellStart"/>
      <w:r>
        <w:t>Opiekuna</w:t>
      </w:r>
      <w:proofErr w:type="spellEnd"/>
      <w:r>
        <w:t xml:space="preserve">, pod </w:t>
      </w:r>
      <w:proofErr w:type="spellStart"/>
      <w:r>
        <w:t>warunkiem</w:t>
      </w:r>
      <w:proofErr w:type="spellEnd"/>
      <w:r>
        <w:t xml:space="preserve"> </w:t>
      </w:r>
      <w:proofErr w:type="spellStart"/>
      <w:r>
        <w:t>że</w:t>
      </w:r>
      <w:proofErr w:type="spellEnd"/>
      <w:r>
        <w:t xml:space="preserve"> </w:t>
      </w:r>
      <w:proofErr w:type="spellStart"/>
      <w:r>
        <w:t>tytuł</w:t>
      </w:r>
      <w:proofErr w:type="spellEnd"/>
      <w:r>
        <w:t xml:space="preserve"> </w:t>
      </w:r>
      <w:proofErr w:type="spellStart"/>
      <w:r>
        <w:t>przelewu</w:t>
      </w:r>
      <w:proofErr w:type="spellEnd"/>
      <w:r>
        <w:t xml:space="preserve"> </w:t>
      </w:r>
      <w:proofErr w:type="spellStart"/>
      <w:r>
        <w:t>pozwala</w:t>
      </w:r>
      <w:proofErr w:type="spellEnd"/>
      <w:r>
        <w:t xml:space="preserve"> </w:t>
      </w:r>
      <w:proofErr w:type="spellStart"/>
      <w:r>
        <w:t>jednoznacznie</w:t>
      </w:r>
      <w:proofErr w:type="spellEnd"/>
      <w:r>
        <w:t xml:space="preserve"> </w:t>
      </w:r>
      <w:proofErr w:type="spellStart"/>
      <w:r>
        <w:t>zidentyfikować</w:t>
      </w:r>
      <w:proofErr w:type="spellEnd"/>
      <w:r>
        <w:t xml:space="preserve"> </w:t>
      </w:r>
      <w:proofErr w:type="spellStart"/>
      <w:r>
        <w:t>Ucznia</w:t>
      </w:r>
      <w:proofErr w:type="spellEnd"/>
      <w:r>
        <w:t xml:space="preserve">, </w:t>
      </w:r>
      <w:proofErr w:type="spellStart"/>
      <w:r>
        <w:t>szkołę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szkolny</w:t>
      </w:r>
      <w:proofErr w:type="spellEnd"/>
      <w:r>
        <w:t xml:space="preserve">. W </w:t>
      </w:r>
      <w:proofErr w:type="spellStart"/>
      <w:r>
        <w:t>takim</w:t>
      </w:r>
      <w:proofErr w:type="spellEnd"/>
      <w:r>
        <w:t xml:space="preserve"> </w:t>
      </w:r>
      <w:proofErr w:type="spellStart"/>
      <w:r>
        <w:t>przypadku</w:t>
      </w:r>
      <w:proofErr w:type="spellEnd"/>
      <w:r>
        <w:t xml:space="preserve"> </w:t>
      </w:r>
      <w:proofErr w:type="spellStart"/>
      <w:r>
        <w:t>Szkoła</w:t>
      </w:r>
      <w:proofErr w:type="spellEnd"/>
      <w:r>
        <w:t xml:space="preserve"> </w:t>
      </w:r>
      <w:proofErr w:type="spellStart"/>
      <w:r>
        <w:t>może</w:t>
      </w:r>
      <w:proofErr w:type="spellEnd"/>
      <w:r>
        <w:t xml:space="preserve"> </w:t>
      </w:r>
      <w:proofErr w:type="spellStart"/>
      <w:r>
        <w:t>potwierdzić</w:t>
      </w:r>
      <w:proofErr w:type="spellEnd"/>
      <w:r>
        <w:t xml:space="preserve"> </w:t>
      </w:r>
      <w:proofErr w:type="spellStart"/>
      <w:r>
        <w:t>przyjęcie</w:t>
      </w:r>
      <w:proofErr w:type="spellEnd"/>
      <w:r>
        <w:t xml:space="preserve"> </w:t>
      </w:r>
      <w:proofErr w:type="spellStart"/>
      <w:r>
        <w:t>Umowy</w:t>
      </w:r>
      <w:proofErr w:type="spellEnd"/>
      <w:r>
        <w:t xml:space="preserve"> </w:t>
      </w:r>
      <w:proofErr w:type="spellStart"/>
      <w:r>
        <w:t>drogą</w:t>
      </w:r>
      <w:proofErr w:type="spellEnd"/>
      <w:r>
        <w:t xml:space="preserve"> e-</w:t>
      </w:r>
      <w:proofErr w:type="spellStart"/>
      <w:r>
        <w:t>mailową</w:t>
      </w:r>
      <w:proofErr w:type="spellEnd"/>
      <w:r>
        <w:t xml:space="preserve"> </w:t>
      </w:r>
      <w:proofErr w:type="spellStart"/>
      <w:r>
        <w:t>albo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komunikat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platformie</w:t>
      </w:r>
      <w:proofErr w:type="spellEnd"/>
      <w:r>
        <w:t>.</w:t>
      </w:r>
    </w:p>
    <w:p w14:paraId="7B38C16C" w14:textId="77777777" w:rsidR="008A4B6C" w:rsidRDefault="007B4387">
      <w:r>
        <w:t xml:space="preserve">3. </w:t>
      </w:r>
      <w:proofErr w:type="spellStart"/>
      <w:r>
        <w:t>Jeżeli</w:t>
      </w:r>
      <w:proofErr w:type="spellEnd"/>
      <w:r>
        <w:t xml:space="preserve"> do </w:t>
      </w:r>
      <w:proofErr w:type="spellStart"/>
      <w:r>
        <w:t>przyjęcia</w:t>
      </w:r>
      <w:proofErr w:type="spellEnd"/>
      <w:r>
        <w:t xml:space="preserve"> </w:t>
      </w:r>
      <w:proofErr w:type="spellStart"/>
      <w:r>
        <w:t>Ucznia</w:t>
      </w:r>
      <w:proofErr w:type="spellEnd"/>
      <w:r>
        <w:t xml:space="preserve"> </w:t>
      </w:r>
      <w:proofErr w:type="spellStart"/>
      <w:r>
        <w:t>wymagane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</w:t>
      </w:r>
      <w:proofErr w:type="spellStart"/>
      <w:r>
        <w:t>dodatkowe</w:t>
      </w:r>
      <w:proofErr w:type="spellEnd"/>
      <w:r>
        <w:t xml:space="preserve"> </w:t>
      </w:r>
      <w:proofErr w:type="spellStart"/>
      <w:r>
        <w:t>dokumenty</w:t>
      </w:r>
      <w:proofErr w:type="spellEnd"/>
      <w:r>
        <w:t xml:space="preserve">, w </w:t>
      </w:r>
      <w:proofErr w:type="spellStart"/>
      <w:r>
        <w:t>szczególności</w:t>
      </w:r>
      <w:proofErr w:type="spellEnd"/>
      <w:r>
        <w:t xml:space="preserve"> </w:t>
      </w:r>
      <w:proofErr w:type="spellStart"/>
      <w:r>
        <w:t>umowa</w:t>
      </w:r>
      <w:proofErr w:type="spellEnd"/>
      <w:r>
        <w:t xml:space="preserve"> z </w:t>
      </w:r>
      <w:proofErr w:type="spellStart"/>
      <w:r>
        <w:t>pracodawcą</w:t>
      </w:r>
      <w:proofErr w:type="spellEnd"/>
      <w:r>
        <w:t xml:space="preserve">, </w:t>
      </w:r>
      <w:proofErr w:type="spellStart"/>
      <w:r>
        <w:t>zaświadczenie</w:t>
      </w:r>
      <w:proofErr w:type="spellEnd"/>
      <w:r>
        <w:t xml:space="preserve"> </w:t>
      </w:r>
      <w:proofErr w:type="spellStart"/>
      <w:r>
        <w:t>lekarskie</w:t>
      </w:r>
      <w:proofErr w:type="spellEnd"/>
      <w:r>
        <w:t xml:space="preserve">, </w:t>
      </w:r>
      <w:proofErr w:type="spellStart"/>
      <w:r>
        <w:t>dokumenty</w:t>
      </w:r>
      <w:proofErr w:type="spellEnd"/>
      <w:r>
        <w:t xml:space="preserve"> </w:t>
      </w:r>
      <w:proofErr w:type="spellStart"/>
      <w:r>
        <w:t>rekrutacyjne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dokumenty</w:t>
      </w:r>
      <w:proofErr w:type="spellEnd"/>
      <w:r>
        <w:t xml:space="preserve"> </w:t>
      </w:r>
      <w:proofErr w:type="spellStart"/>
      <w:r>
        <w:t>dotyczące</w:t>
      </w:r>
      <w:proofErr w:type="spellEnd"/>
      <w:r>
        <w:t xml:space="preserve"> </w:t>
      </w:r>
      <w:proofErr w:type="spellStart"/>
      <w:r>
        <w:t>praktycznej</w:t>
      </w:r>
      <w:proofErr w:type="spellEnd"/>
      <w:r>
        <w:t xml:space="preserve"> </w:t>
      </w:r>
      <w:proofErr w:type="spellStart"/>
      <w:r>
        <w:t>nauki</w:t>
      </w:r>
      <w:proofErr w:type="spellEnd"/>
      <w:r>
        <w:t xml:space="preserve"> </w:t>
      </w:r>
      <w:proofErr w:type="spellStart"/>
      <w:r>
        <w:t>zawodu</w:t>
      </w:r>
      <w:proofErr w:type="spellEnd"/>
      <w:r>
        <w:t xml:space="preserve">, </w:t>
      </w:r>
      <w:proofErr w:type="spellStart"/>
      <w:r>
        <w:t>rozpoczęcie</w:t>
      </w:r>
      <w:proofErr w:type="spellEnd"/>
      <w:r>
        <w:t xml:space="preserve"> </w:t>
      </w:r>
      <w:proofErr w:type="spellStart"/>
      <w:r>
        <w:t>wykonywania</w:t>
      </w:r>
      <w:proofErr w:type="spellEnd"/>
      <w:r>
        <w:t xml:space="preserve"> </w:t>
      </w:r>
      <w:proofErr w:type="spellStart"/>
      <w:r>
        <w:t>Umowy</w:t>
      </w:r>
      <w:proofErr w:type="spellEnd"/>
      <w:r>
        <w:t xml:space="preserve"> </w:t>
      </w:r>
      <w:proofErr w:type="spellStart"/>
      <w:r>
        <w:t>może</w:t>
      </w:r>
      <w:proofErr w:type="spellEnd"/>
      <w:r>
        <w:t xml:space="preserve"> </w:t>
      </w:r>
      <w:proofErr w:type="spellStart"/>
      <w:r>
        <w:t>być</w:t>
      </w:r>
      <w:proofErr w:type="spellEnd"/>
      <w:r>
        <w:t xml:space="preserve"> </w:t>
      </w:r>
      <w:proofErr w:type="spellStart"/>
      <w:r>
        <w:t>uzależnione</w:t>
      </w:r>
      <w:proofErr w:type="spellEnd"/>
      <w:r>
        <w:t xml:space="preserve"> od ich </w:t>
      </w:r>
      <w:proofErr w:type="spellStart"/>
      <w:r>
        <w:t>dostarczenia</w:t>
      </w:r>
      <w:proofErr w:type="spellEnd"/>
      <w:r>
        <w:t>.</w:t>
      </w:r>
    </w:p>
    <w:p w14:paraId="4B6143F8" w14:textId="77777777" w:rsidR="008A4B6C" w:rsidRDefault="007B4387">
      <w:pPr>
        <w:pStyle w:val="Nagwek1"/>
        <w:spacing w:after="40"/>
      </w:pPr>
      <w:r>
        <w:t xml:space="preserve">§ 4. </w:t>
      </w:r>
      <w:proofErr w:type="spellStart"/>
      <w:r>
        <w:t>Nauka</w:t>
      </w:r>
      <w:proofErr w:type="spellEnd"/>
      <w:r>
        <w:t xml:space="preserve"> </w:t>
      </w:r>
      <w:proofErr w:type="spellStart"/>
      <w:r>
        <w:t>poza</w:t>
      </w:r>
      <w:proofErr w:type="spellEnd"/>
      <w:r>
        <w:t xml:space="preserve"> </w:t>
      </w:r>
      <w:proofErr w:type="spellStart"/>
      <w:r>
        <w:t>szkołą</w:t>
      </w:r>
      <w:proofErr w:type="spellEnd"/>
      <w:r>
        <w:t xml:space="preserve">, </w:t>
      </w:r>
      <w:proofErr w:type="spellStart"/>
      <w:r>
        <w:t>egzaminy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platforma</w:t>
      </w:r>
      <w:proofErr w:type="spellEnd"/>
    </w:p>
    <w:p w14:paraId="6D79651F" w14:textId="77777777" w:rsidR="008A4B6C" w:rsidRDefault="007B4387">
      <w:r>
        <w:t xml:space="preserve">1. </w:t>
      </w:r>
      <w:proofErr w:type="spellStart"/>
      <w:r>
        <w:t>Opiekunowie</w:t>
      </w:r>
      <w:proofErr w:type="spellEnd"/>
      <w:r>
        <w:t xml:space="preserve"> </w:t>
      </w:r>
      <w:proofErr w:type="spellStart"/>
      <w:r>
        <w:t>zobowiązują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zapewnić</w:t>
      </w:r>
      <w:proofErr w:type="spellEnd"/>
      <w:r>
        <w:t xml:space="preserve"> </w:t>
      </w:r>
      <w:proofErr w:type="spellStart"/>
      <w:r>
        <w:t>Uczniowi</w:t>
      </w:r>
      <w:proofErr w:type="spellEnd"/>
      <w:r>
        <w:t xml:space="preserve"> </w:t>
      </w:r>
      <w:proofErr w:type="spellStart"/>
      <w:r>
        <w:t>warunki</w:t>
      </w:r>
      <w:proofErr w:type="spellEnd"/>
      <w:r>
        <w:t xml:space="preserve"> do </w:t>
      </w:r>
      <w:proofErr w:type="spellStart"/>
      <w:r>
        <w:t>realizowania</w:t>
      </w:r>
      <w:proofErr w:type="spellEnd"/>
      <w:r>
        <w:t xml:space="preserve"> </w:t>
      </w:r>
      <w:proofErr w:type="spellStart"/>
      <w:r>
        <w:t>obowiązku</w:t>
      </w:r>
      <w:proofErr w:type="spellEnd"/>
      <w:r>
        <w:t xml:space="preserve"> </w:t>
      </w:r>
      <w:proofErr w:type="spellStart"/>
      <w:r>
        <w:t>nauki</w:t>
      </w:r>
      <w:proofErr w:type="spellEnd"/>
      <w:r>
        <w:t xml:space="preserve"> </w:t>
      </w:r>
      <w:proofErr w:type="spellStart"/>
      <w:r>
        <w:t>poza</w:t>
      </w:r>
      <w:proofErr w:type="spellEnd"/>
      <w:r>
        <w:t xml:space="preserve"> </w:t>
      </w:r>
      <w:proofErr w:type="spellStart"/>
      <w:r>
        <w:t>szkołą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przystępowania</w:t>
      </w:r>
      <w:proofErr w:type="spellEnd"/>
      <w:r>
        <w:t xml:space="preserve"> do </w:t>
      </w:r>
      <w:proofErr w:type="spellStart"/>
      <w:r>
        <w:t>rocznych</w:t>
      </w:r>
      <w:proofErr w:type="spellEnd"/>
      <w:r>
        <w:t xml:space="preserve"> </w:t>
      </w:r>
      <w:proofErr w:type="spellStart"/>
      <w:r>
        <w:t>egzaminów</w:t>
      </w:r>
      <w:proofErr w:type="spellEnd"/>
      <w:r>
        <w:t xml:space="preserve"> </w:t>
      </w:r>
      <w:proofErr w:type="spellStart"/>
      <w:r>
        <w:t>klasyfikacyjnych</w:t>
      </w:r>
      <w:proofErr w:type="spellEnd"/>
      <w:r>
        <w:t xml:space="preserve"> w </w:t>
      </w:r>
      <w:proofErr w:type="spellStart"/>
      <w:r>
        <w:t>terminach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zasadach</w:t>
      </w:r>
      <w:proofErr w:type="spellEnd"/>
      <w:r>
        <w:t xml:space="preserve"> </w:t>
      </w:r>
      <w:proofErr w:type="spellStart"/>
      <w:r>
        <w:t>określonych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Szkołę</w:t>
      </w:r>
      <w:proofErr w:type="spellEnd"/>
      <w:r>
        <w:t xml:space="preserve">, </w:t>
      </w:r>
      <w:proofErr w:type="spellStart"/>
      <w:r>
        <w:t>zgodnie</w:t>
      </w:r>
      <w:proofErr w:type="spellEnd"/>
      <w:r>
        <w:t xml:space="preserve"> z art. 37 </w:t>
      </w:r>
      <w:proofErr w:type="spellStart"/>
      <w:r>
        <w:t>ustawy</w:t>
      </w:r>
      <w:proofErr w:type="spellEnd"/>
      <w:r>
        <w:t xml:space="preserve"> </w:t>
      </w:r>
      <w:proofErr w:type="spellStart"/>
      <w:r>
        <w:t>Prawo</w:t>
      </w:r>
      <w:proofErr w:type="spellEnd"/>
      <w:r>
        <w:t xml:space="preserve"> </w:t>
      </w:r>
      <w:proofErr w:type="spellStart"/>
      <w:r>
        <w:t>oświatowe</w:t>
      </w:r>
      <w:proofErr w:type="spellEnd"/>
      <w:r>
        <w:t xml:space="preserve">, </w:t>
      </w:r>
      <w:proofErr w:type="spellStart"/>
      <w:r>
        <w:t>Statutem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Regulaminem</w:t>
      </w:r>
      <w:proofErr w:type="spellEnd"/>
      <w:r>
        <w:t>.</w:t>
      </w:r>
    </w:p>
    <w:p w14:paraId="652942E8" w14:textId="77777777" w:rsidR="008A4B6C" w:rsidRDefault="007B4387">
      <w:r>
        <w:t xml:space="preserve">2. </w:t>
      </w:r>
      <w:proofErr w:type="spellStart"/>
      <w:r>
        <w:t>Szczegółowe</w:t>
      </w:r>
      <w:proofErr w:type="spellEnd"/>
      <w:r>
        <w:t xml:space="preserve"> </w:t>
      </w:r>
      <w:proofErr w:type="spellStart"/>
      <w:r>
        <w:t>zasady</w:t>
      </w:r>
      <w:proofErr w:type="spellEnd"/>
      <w:r>
        <w:t xml:space="preserve"> </w:t>
      </w:r>
      <w:proofErr w:type="spellStart"/>
      <w:r>
        <w:t>zapisu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egzaminy</w:t>
      </w:r>
      <w:proofErr w:type="spellEnd"/>
      <w:r>
        <w:t xml:space="preserve">, </w:t>
      </w:r>
      <w:proofErr w:type="spellStart"/>
      <w:r>
        <w:t>zmiany</w:t>
      </w:r>
      <w:proofErr w:type="spellEnd"/>
      <w:r>
        <w:t xml:space="preserve"> </w:t>
      </w:r>
      <w:proofErr w:type="spellStart"/>
      <w:r>
        <w:t>terminu</w:t>
      </w:r>
      <w:proofErr w:type="spellEnd"/>
      <w:r>
        <w:t xml:space="preserve">, </w:t>
      </w:r>
      <w:proofErr w:type="spellStart"/>
      <w:r>
        <w:t>usprawiedliwiania</w:t>
      </w:r>
      <w:proofErr w:type="spellEnd"/>
      <w:r>
        <w:t xml:space="preserve"> </w:t>
      </w:r>
      <w:proofErr w:type="spellStart"/>
      <w:r>
        <w:t>nieobecności</w:t>
      </w:r>
      <w:proofErr w:type="spellEnd"/>
      <w:r>
        <w:t xml:space="preserve">, </w:t>
      </w:r>
      <w:proofErr w:type="spellStart"/>
      <w:r>
        <w:t>przebiegu</w:t>
      </w:r>
      <w:proofErr w:type="spellEnd"/>
      <w:r>
        <w:t xml:space="preserve"> </w:t>
      </w:r>
      <w:proofErr w:type="spellStart"/>
      <w:r>
        <w:t>egzaminów</w:t>
      </w:r>
      <w:proofErr w:type="spellEnd"/>
      <w:r>
        <w:t xml:space="preserve">, </w:t>
      </w:r>
      <w:proofErr w:type="spellStart"/>
      <w:r>
        <w:t>reklamacji</w:t>
      </w:r>
      <w:proofErr w:type="spellEnd"/>
      <w:r>
        <w:t xml:space="preserve">, </w:t>
      </w:r>
      <w:proofErr w:type="spellStart"/>
      <w:r>
        <w:t>wymagań</w:t>
      </w:r>
      <w:proofErr w:type="spellEnd"/>
      <w:r>
        <w:t xml:space="preserve"> </w:t>
      </w:r>
      <w:proofErr w:type="spellStart"/>
      <w:r>
        <w:t>technicznych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komunikacji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platformę</w:t>
      </w:r>
      <w:proofErr w:type="spellEnd"/>
      <w:r>
        <w:t xml:space="preserve"> </w:t>
      </w:r>
      <w:proofErr w:type="spellStart"/>
      <w:r>
        <w:t>określa</w:t>
      </w:r>
      <w:proofErr w:type="spellEnd"/>
      <w:r>
        <w:t xml:space="preserve"> </w:t>
      </w:r>
      <w:proofErr w:type="spellStart"/>
      <w:r>
        <w:t>Regulamin</w:t>
      </w:r>
      <w:proofErr w:type="spellEnd"/>
      <w:r>
        <w:t xml:space="preserve"> </w:t>
      </w:r>
      <w:proofErr w:type="spellStart"/>
      <w:r>
        <w:t>egzaminów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korzystania</w:t>
      </w:r>
      <w:proofErr w:type="spellEnd"/>
      <w:r>
        <w:t xml:space="preserve"> z platformy </w:t>
      </w:r>
      <w:proofErr w:type="spellStart"/>
      <w:r>
        <w:t>edukacyjnej</w:t>
      </w:r>
      <w:proofErr w:type="spellEnd"/>
      <w:r>
        <w:t>.</w:t>
      </w:r>
    </w:p>
    <w:p w14:paraId="7AF8A6CE" w14:textId="77777777" w:rsidR="008A4B6C" w:rsidRDefault="007B4387">
      <w:r>
        <w:lastRenderedPageBreak/>
        <w:t xml:space="preserve">3. </w:t>
      </w:r>
      <w:proofErr w:type="spellStart"/>
      <w:r>
        <w:t>Szkoła</w:t>
      </w:r>
      <w:proofErr w:type="spellEnd"/>
      <w:r>
        <w:t xml:space="preserve"> </w:t>
      </w:r>
      <w:proofErr w:type="spellStart"/>
      <w:r>
        <w:t>może</w:t>
      </w:r>
      <w:proofErr w:type="spellEnd"/>
      <w:r>
        <w:t xml:space="preserve"> </w:t>
      </w:r>
      <w:proofErr w:type="spellStart"/>
      <w:r>
        <w:t>wykorzystywać</w:t>
      </w:r>
      <w:proofErr w:type="spellEnd"/>
      <w:r>
        <w:t xml:space="preserve"> </w:t>
      </w:r>
      <w:proofErr w:type="spellStart"/>
      <w:r>
        <w:t>platformę</w:t>
      </w:r>
      <w:proofErr w:type="spellEnd"/>
      <w:r>
        <w:t xml:space="preserve"> </w:t>
      </w:r>
      <w:proofErr w:type="spellStart"/>
      <w:r>
        <w:t>edukacyjną</w:t>
      </w:r>
      <w:proofErr w:type="spellEnd"/>
      <w:r>
        <w:t xml:space="preserve"> do </w:t>
      </w:r>
      <w:proofErr w:type="spellStart"/>
      <w:r>
        <w:t>publikowania</w:t>
      </w:r>
      <w:proofErr w:type="spellEnd"/>
      <w:r>
        <w:t xml:space="preserve"> </w:t>
      </w:r>
      <w:proofErr w:type="spellStart"/>
      <w:r>
        <w:t>materiałów</w:t>
      </w:r>
      <w:proofErr w:type="spellEnd"/>
      <w:r>
        <w:t xml:space="preserve">, </w:t>
      </w:r>
      <w:proofErr w:type="spellStart"/>
      <w:r>
        <w:t>harmonogramów</w:t>
      </w:r>
      <w:proofErr w:type="spellEnd"/>
      <w:r>
        <w:t xml:space="preserve">, </w:t>
      </w:r>
      <w:proofErr w:type="spellStart"/>
      <w:r>
        <w:t>komunikatów</w:t>
      </w:r>
      <w:proofErr w:type="spellEnd"/>
      <w:r>
        <w:t xml:space="preserve">, </w:t>
      </w:r>
      <w:proofErr w:type="spellStart"/>
      <w:r>
        <w:t>informacji</w:t>
      </w:r>
      <w:proofErr w:type="spellEnd"/>
      <w:r>
        <w:t xml:space="preserve"> </w:t>
      </w:r>
      <w:proofErr w:type="spellStart"/>
      <w:r>
        <w:t>organizacyjnych</w:t>
      </w:r>
      <w:proofErr w:type="spellEnd"/>
      <w:r>
        <w:t xml:space="preserve">, </w:t>
      </w:r>
      <w:proofErr w:type="spellStart"/>
      <w:r>
        <w:t>zapisów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egzaminy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bieżącej</w:t>
      </w:r>
      <w:proofErr w:type="spellEnd"/>
      <w:r>
        <w:t xml:space="preserve"> </w:t>
      </w:r>
      <w:proofErr w:type="spellStart"/>
      <w:r>
        <w:t>komunikacji</w:t>
      </w:r>
      <w:proofErr w:type="spellEnd"/>
      <w:r>
        <w:t xml:space="preserve">. Dane </w:t>
      </w:r>
      <w:proofErr w:type="spellStart"/>
      <w:r>
        <w:t>kontaktowe</w:t>
      </w:r>
      <w:proofErr w:type="spellEnd"/>
      <w:r>
        <w:t xml:space="preserve"> </w:t>
      </w:r>
      <w:proofErr w:type="spellStart"/>
      <w:r>
        <w:t>Szkoły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aktualne</w:t>
      </w:r>
      <w:proofErr w:type="spellEnd"/>
      <w:r>
        <w:t xml:space="preserve"> </w:t>
      </w:r>
      <w:proofErr w:type="spellStart"/>
      <w:r>
        <w:t>informacje</w:t>
      </w:r>
      <w:proofErr w:type="spellEnd"/>
      <w:r>
        <w:t xml:space="preserve"> </w:t>
      </w:r>
      <w:proofErr w:type="spellStart"/>
      <w:r>
        <w:t>organizacyjne</w:t>
      </w:r>
      <w:proofErr w:type="spellEnd"/>
      <w:r>
        <w:t xml:space="preserve"> </w:t>
      </w:r>
      <w:proofErr w:type="spellStart"/>
      <w:r>
        <w:t>mogą</w:t>
      </w:r>
      <w:proofErr w:type="spellEnd"/>
      <w:r>
        <w:t xml:space="preserve"> </w:t>
      </w:r>
      <w:proofErr w:type="spellStart"/>
      <w:r>
        <w:t>być</w:t>
      </w:r>
      <w:proofErr w:type="spellEnd"/>
      <w:r>
        <w:t xml:space="preserve"> </w:t>
      </w:r>
      <w:proofErr w:type="spellStart"/>
      <w:r>
        <w:t>publikowane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platformie</w:t>
      </w:r>
      <w:proofErr w:type="spellEnd"/>
      <w:r>
        <w:t xml:space="preserve">, w </w:t>
      </w:r>
      <w:proofErr w:type="spellStart"/>
      <w:r>
        <w:t>szczególności</w:t>
      </w:r>
      <w:proofErr w:type="spellEnd"/>
      <w:r>
        <w:t xml:space="preserve"> w </w:t>
      </w:r>
      <w:proofErr w:type="spellStart"/>
      <w:r>
        <w:t>zakładce</w:t>
      </w:r>
      <w:proofErr w:type="spellEnd"/>
      <w:r>
        <w:t xml:space="preserve"> „Home”.</w:t>
      </w:r>
    </w:p>
    <w:p w14:paraId="30241596" w14:textId="77777777" w:rsidR="008A4B6C" w:rsidRDefault="007B4387">
      <w:r>
        <w:t xml:space="preserve">4. </w:t>
      </w:r>
      <w:proofErr w:type="spellStart"/>
      <w:r>
        <w:t>Egzamin</w:t>
      </w:r>
      <w:proofErr w:type="spellEnd"/>
      <w:r>
        <w:t xml:space="preserve"> z </w:t>
      </w:r>
      <w:proofErr w:type="spellStart"/>
      <w:r>
        <w:t>wykorzystaniem</w:t>
      </w:r>
      <w:proofErr w:type="spellEnd"/>
      <w:r>
        <w:t xml:space="preserve"> </w:t>
      </w:r>
      <w:proofErr w:type="spellStart"/>
      <w:r>
        <w:t>środków</w:t>
      </w:r>
      <w:proofErr w:type="spellEnd"/>
      <w:r>
        <w:t xml:space="preserve"> </w:t>
      </w:r>
      <w:proofErr w:type="spellStart"/>
      <w:r>
        <w:t>komunikacji</w:t>
      </w:r>
      <w:proofErr w:type="spellEnd"/>
      <w:r>
        <w:t xml:space="preserve"> </w:t>
      </w:r>
      <w:proofErr w:type="spellStart"/>
      <w:r>
        <w:t>elektronicznej</w:t>
      </w:r>
      <w:proofErr w:type="spellEnd"/>
      <w:r>
        <w:t xml:space="preserve"> </w:t>
      </w:r>
      <w:proofErr w:type="spellStart"/>
      <w:r>
        <w:t>może</w:t>
      </w:r>
      <w:proofErr w:type="spellEnd"/>
      <w:r>
        <w:t xml:space="preserve"> </w:t>
      </w:r>
      <w:proofErr w:type="spellStart"/>
      <w:r>
        <w:t>być</w:t>
      </w:r>
      <w:proofErr w:type="spellEnd"/>
      <w:r>
        <w:t xml:space="preserve"> </w:t>
      </w:r>
      <w:proofErr w:type="spellStart"/>
      <w:r>
        <w:t>organizowany</w:t>
      </w:r>
      <w:proofErr w:type="spellEnd"/>
      <w:r>
        <w:t xml:space="preserve"> </w:t>
      </w:r>
      <w:proofErr w:type="spellStart"/>
      <w:r>
        <w:t>wyłącznie</w:t>
      </w:r>
      <w:proofErr w:type="spellEnd"/>
      <w:r>
        <w:t xml:space="preserve"> </w:t>
      </w:r>
      <w:proofErr w:type="spellStart"/>
      <w:r>
        <w:t>wtedy</w:t>
      </w:r>
      <w:proofErr w:type="spellEnd"/>
      <w:r>
        <w:t xml:space="preserve">, </w:t>
      </w:r>
      <w:proofErr w:type="spellStart"/>
      <w:r>
        <w:t>gdy</w:t>
      </w:r>
      <w:proofErr w:type="spellEnd"/>
      <w:r>
        <w:t xml:space="preserve"> </w:t>
      </w:r>
      <w:proofErr w:type="spellStart"/>
      <w:r>
        <w:t>dopuszczają</w:t>
      </w:r>
      <w:proofErr w:type="spellEnd"/>
      <w:r>
        <w:t xml:space="preserve"> to </w:t>
      </w:r>
      <w:proofErr w:type="spellStart"/>
      <w:r>
        <w:t>przepisy</w:t>
      </w:r>
      <w:proofErr w:type="spellEnd"/>
      <w:r>
        <w:t xml:space="preserve"> </w:t>
      </w:r>
      <w:proofErr w:type="spellStart"/>
      <w:r>
        <w:t>prawa</w:t>
      </w:r>
      <w:proofErr w:type="spellEnd"/>
      <w:r>
        <w:t xml:space="preserve">, </w:t>
      </w:r>
      <w:proofErr w:type="spellStart"/>
      <w:r>
        <w:t>Statut</w:t>
      </w:r>
      <w:proofErr w:type="spellEnd"/>
      <w:r>
        <w:t xml:space="preserve">, </w:t>
      </w:r>
      <w:proofErr w:type="spellStart"/>
      <w:r>
        <w:t>decyzje</w:t>
      </w:r>
      <w:proofErr w:type="spellEnd"/>
      <w:r>
        <w:t xml:space="preserve"> </w:t>
      </w:r>
      <w:proofErr w:type="spellStart"/>
      <w:r>
        <w:t>właściwych</w:t>
      </w:r>
      <w:proofErr w:type="spellEnd"/>
      <w:r>
        <w:t xml:space="preserve"> </w:t>
      </w:r>
      <w:proofErr w:type="spellStart"/>
      <w:r>
        <w:t>organów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możliwości</w:t>
      </w:r>
      <w:proofErr w:type="spellEnd"/>
      <w:r>
        <w:t xml:space="preserve"> </w:t>
      </w:r>
      <w:proofErr w:type="spellStart"/>
      <w:r>
        <w:t>organizacyjne</w:t>
      </w:r>
      <w:proofErr w:type="spellEnd"/>
      <w:r>
        <w:t xml:space="preserve"> </w:t>
      </w:r>
      <w:proofErr w:type="spellStart"/>
      <w:r>
        <w:t>Szkoły</w:t>
      </w:r>
      <w:proofErr w:type="spellEnd"/>
      <w:r>
        <w:t>.</w:t>
      </w:r>
    </w:p>
    <w:p w14:paraId="735CF2EE" w14:textId="77777777" w:rsidR="008A4B6C" w:rsidRDefault="007B4387">
      <w:pPr>
        <w:pStyle w:val="Nagwek1"/>
        <w:spacing w:after="40"/>
      </w:pPr>
      <w:r>
        <w:t xml:space="preserve">§ 5. </w:t>
      </w:r>
      <w:proofErr w:type="spellStart"/>
      <w:r>
        <w:t>Praktyczna</w:t>
      </w:r>
      <w:proofErr w:type="spellEnd"/>
      <w:r>
        <w:t xml:space="preserve"> </w:t>
      </w:r>
      <w:proofErr w:type="spellStart"/>
      <w:r>
        <w:t>nauka</w:t>
      </w:r>
      <w:proofErr w:type="spellEnd"/>
      <w:r>
        <w:t xml:space="preserve"> </w:t>
      </w:r>
      <w:proofErr w:type="spellStart"/>
      <w:r>
        <w:t>zawodu</w:t>
      </w:r>
      <w:proofErr w:type="spellEnd"/>
    </w:p>
    <w:p w14:paraId="4FE093B0" w14:textId="77777777" w:rsidR="008A4B6C" w:rsidRDefault="007B4387">
      <w:r>
        <w:t xml:space="preserve">1. </w:t>
      </w:r>
      <w:proofErr w:type="spellStart"/>
      <w:r>
        <w:t>Jeżeli</w:t>
      </w:r>
      <w:proofErr w:type="spellEnd"/>
      <w:r>
        <w:t xml:space="preserve"> program </w:t>
      </w:r>
      <w:proofErr w:type="spellStart"/>
      <w:r>
        <w:t>kształcenia</w:t>
      </w:r>
      <w:proofErr w:type="spellEnd"/>
      <w:r>
        <w:t xml:space="preserve"> </w:t>
      </w:r>
      <w:proofErr w:type="spellStart"/>
      <w:r>
        <w:t>Ucznia</w:t>
      </w:r>
      <w:proofErr w:type="spellEnd"/>
      <w:r>
        <w:t xml:space="preserve"> </w:t>
      </w:r>
      <w:proofErr w:type="spellStart"/>
      <w:r>
        <w:t>obejmuje</w:t>
      </w:r>
      <w:proofErr w:type="spellEnd"/>
      <w:r>
        <w:t xml:space="preserve"> </w:t>
      </w:r>
      <w:proofErr w:type="spellStart"/>
      <w:r>
        <w:t>praktyczną</w:t>
      </w:r>
      <w:proofErr w:type="spellEnd"/>
      <w:r>
        <w:t xml:space="preserve"> </w:t>
      </w:r>
      <w:proofErr w:type="spellStart"/>
      <w:r>
        <w:t>naukę</w:t>
      </w:r>
      <w:proofErr w:type="spellEnd"/>
      <w:r>
        <w:t xml:space="preserve"> </w:t>
      </w:r>
      <w:proofErr w:type="spellStart"/>
      <w:r>
        <w:t>zawodu</w:t>
      </w:r>
      <w:proofErr w:type="spellEnd"/>
      <w:r>
        <w:t xml:space="preserve">, </w:t>
      </w:r>
      <w:proofErr w:type="spellStart"/>
      <w:r>
        <w:t>Opiekunowie</w:t>
      </w:r>
      <w:proofErr w:type="spellEnd"/>
      <w:r>
        <w:t xml:space="preserve"> </w:t>
      </w:r>
      <w:proofErr w:type="spellStart"/>
      <w:r>
        <w:t>zobowiązują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współdziałać</w:t>
      </w:r>
      <w:proofErr w:type="spellEnd"/>
      <w:r>
        <w:t xml:space="preserve"> </w:t>
      </w:r>
      <w:proofErr w:type="spellStart"/>
      <w:r>
        <w:t>ze</w:t>
      </w:r>
      <w:proofErr w:type="spellEnd"/>
      <w:r>
        <w:t xml:space="preserve"> </w:t>
      </w:r>
      <w:proofErr w:type="spellStart"/>
      <w:r>
        <w:t>Szkołą</w:t>
      </w:r>
      <w:proofErr w:type="spellEnd"/>
      <w:r>
        <w:t xml:space="preserve"> w </w:t>
      </w:r>
      <w:proofErr w:type="spellStart"/>
      <w:r>
        <w:t>zapewnieniu</w:t>
      </w:r>
      <w:proofErr w:type="spellEnd"/>
      <w:r>
        <w:t xml:space="preserve"> </w:t>
      </w:r>
      <w:proofErr w:type="spellStart"/>
      <w:r>
        <w:t>miejsca</w:t>
      </w:r>
      <w:proofErr w:type="spellEnd"/>
      <w:r>
        <w:t xml:space="preserve"> </w:t>
      </w:r>
      <w:proofErr w:type="spellStart"/>
      <w:r>
        <w:t>realizacji</w:t>
      </w:r>
      <w:proofErr w:type="spellEnd"/>
      <w:r>
        <w:t xml:space="preserve"> </w:t>
      </w:r>
      <w:proofErr w:type="spellStart"/>
      <w:r>
        <w:t>zajęć</w:t>
      </w:r>
      <w:proofErr w:type="spellEnd"/>
      <w:r>
        <w:t xml:space="preserve"> </w:t>
      </w:r>
      <w:proofErr w:type="spellStart"/>
      <w:r>
        <w:t>praktycznych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praktyk</w:t>
      </w:r>
      <w:proofErr w:type="spellEnd"/>
      <w:r>
        <w:t xml:space="preserve"> </w:t>
      </w:r>
      <w:proofErr w:type="spellStart"/>
      <w:r>
        <w:t>zgodnie</w:t>
      </w:r>
      <w:proofErr w:type="spellEnd"/>
      <w:r>
        <w:t xml:space="preserve"> z </w:t>
      </w:r>
      <w:proofErr w:type="spellStart"/>
      <w:r>
        <w:t>przepisami</w:t>
      </w:r>
      <w:proofErr w:type="spellEnd"/>
      <w:r>
        <w:t xml:space="preserve"> </w:t>
      </w:r>
      <w:proofErr w:type="spellStart"/>
      <w:r>
        <w:t>prawa</w:t>
      </w:r>
      <w:proofErr w:type="spellEnd"/>
      <w:r>
        <w:t xml:space="preserve">, </w:t>
      </w:r>
      <w:proofErr w:type="spellStart"/>
      <w:r>
        <w:t>Statutem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zasadami</w:t>
      </w:r>
      <w:proofErr w:type="spellEnd"/>
      <w:r>
        <w:t xml:space="preserve"> </w:t>
      </w:r>
      <w:proofErr w:type="spellStart"/>
      <w:r>
        <w:t>określonymi</w:t>
      </w:r>
      <w:proofErr w:type="spellEnd"/>
      <w:r>
        <w:t xml:space="preserve"> w </w:t>
      </w:r>
      <w:proofErr w:type="spellStart"/>
      <w:r>
        <w:t>załączniku</w:t>
      </w:r>
      <w:proofErr w:type="spellEnd"/>
      <w:r>
        <w:t>.</w:t>
      </w:r>
    </w:p>
    <w:p w14:paraId="758EB142" w14:textId="77777777" w:rsidR="008A4B6C" w:rsidRDefault="007B4387">
      <w:r>
        <w:t xml:space="preserve">2. </w:t>
      </w:r>
      <w:proofErr w:type="spellStart"/>
      <w:r>
        <w:t>Warunkiem</w:t>
      </w:r>
      <w:proofErr w:type="spellEnd"/>
      <w:r>
        <w:t xml:space="preserve"> </w:t>
      </w:r>
      <w:proofErr w:type="spellStart"/>
      <w:r>
        <w:t>przyjęcia</w:t>
      </w:r>
      <w:proofErr w:type="spellEnd"/>
      <w:r>
        <w:t xml:space="preserve"> </w:t>
      </w:r>
      <w:proofErr w:type="spellStart"/>
      <w:r>
        <w:t>albo</w:t>
      </w:r>
      <w:proofErr w:type="spellEnd"/>
      <w:r>
        <w:t xml:space="preserve"> </w:t>
      </w:r>
      <w:proofErr w:type="spellStart"/>
      <w:r>
        <w:t>kontynuowania</w:t>
      </w:r>
      <w:proofErr w:type="spellEnd"/>
      <w:r>
        <w:t xml:space="preserve"> </w:t>
      </w:r>
      <w:proofErr w:type="spellStart"/>
      <w:r>
        <w:t>nauki</w:t>
      </w:r>
      <w:proofErr w:type="spellEnd"/>
      <w:r>
        <w:t xml:space="preserve"> w </w:t>
      </w:r>
      <w:proofErr w:type="spellStart"/>
      <w:r>
        <w:t>szkole</w:t>
      </w:r>
      <w:proofErr w:type="spellEnd"/>
      <w:r>
        <w:t xml:space="preserve"> </w:t>
      </w:r>
      <w:proofErr w:type="spellStart"/>
      <w:r>
        <w:t>branżowej</w:t>
      </w:r>
      <w:proofErr w:type="spellEnd"/>
      <w:r>
        <w:t xml:space="preserve"> </w:t>
      </w:r>
      <w:proofErr w:type="spellStart"/>
      <w:r>
        <w:t>może</w:t>
      </w:r>
      <w:proofErr w:type="spellEnd"/>
      <w:r>
        <w:t xml:space="preserve"> </w:t>
      </w:r>
      <w:proofErr w:type="spellStart"/>
      <w:r>
        <w:t>być</w:t>
      </w:r>
      <w:proofErr w:type="spellEnd"/>
      <w:r>
        <w:t xml:space="preserve"> </w:t>
      </w:r>
      <w:proofErr w:type="spellStart"/>
      <w:r>
        <w:t>dostarczenie</w:t>
      </w:r>
      <w:proofErr w:type="spellEnd"/>
      <w:r>
        <w:t xml:space="preserve"> </w:t>
      </w:r>
      <w:proofErr w:type="spellStart"/>
      <w:r>
        <w:t>wymaganej</w:t>
      </w:r>
      <w:proofErr w:type="spellEnd"/>
      <w:r>
        <w:t xml:space="preserve"> </w:t>
      </w:r>
      <w:proofErr w:type="spellStart"/>
      <w:r>
        <w:t>umowy</w:t>
      </w:r>
      <w:proofErr w:type="spellEnd"/>
      <w:r>
        <w:t xml:space="preserve"> z </w:t>
      </w:r>
      <w:proofErr w:type="spellStart"/>
      <w:r>
        <w:t>pracodawcą</w:t>
      </w:r>
      <w:proofErr w:type="spellEnd"/>
      <w:r>
        <w:t xml:space="preserve">, </w:t>
      </w:r>
      <w:proofErr w:type="spellStart"/>
      <w:r>
        <w:t>zaświadczenia</w:t>
      </w:r>
      <w:proofErr w:type="spellEnd"/>
      <w:r>
        <w:t xml:space="preserve"> </w:t>
      </w:r>
      <w:proofErr w:type="spellStart"/>
      <w:r>
        <w:t>lekarskiego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innych</w:t>
      </w:r>
      <w:proofErr w:type="spellEnd"/>
      <w:r>
        <w:t xml:space="preserve"> </w:t>
      </w:r>
      <w:proofErr w:type="spellStart"/>
      <w:r>
        <w:t>dokumentów</w:t>
      </w:r>
      <w:proofErr w:type="spellEnd"/>
      <w:r>
        <w:t xml:space="preserve"> </w:t>
      </w:r>
      <w:proofErr w:type="spellStart"/>
      <w:r>
        <w:t>niezbędnych</w:t>
      </w:r>
      <w:proofErr w:type="spellEnd"/>
      <w:r>
        <w:t xml:space="preserve"> do </w:t>
      </w:r>
      <w:proofErr w:type="spellStart"/>
      <w:r>
        <w:t>realizacji</w:t>
      </w:r>
      <w:proofErr w:type="spellEnd"/>
      <w:r>
        <w:t xml:space="preserve"> </w:t>
      </w:r>
      <w:proofErr w:type="spellStart"/>
      <w:r>
        <w:t>praktycznej</w:t>
      </w:r>
      <w:proofErr w:type="spellEnd"/>
      <w:r>
        <w:t xml:space="preserve"> </w:t>
      </w:r>
      <w:proofErr w:type="spellStart"/>
      <w:r>
        <w:t>nauki</w:t>
      </w:r>
      <w:proofErr w:type="spellEnd"/>
      <w:r>
        <w:t xml:space="preserve"> </w:t>
      </w:r>
      <w:proofErr w:type="spellStart"/>
      <w:r>
        <w:t>zawodu</w:t>
      </w:r>
      <w:proofErr w:type="spellEnd"/>
      <w:r>
        <w:t>.</w:t>
      </w:r>
    </w:p>
    <w:p w14:paraId="7E332782" w14:textId="77777777" w:rsidR="008A4B6C" w:rsidRDefault="007B4387">
      <w:r>
        <w:t xml:space="preserve">3. </w:t>
      </w:r>
      <w:proofErr w:type="spellStart"/>
      <w:r>
        <w:t>Szczegółowe</w:t>
      </w:r>
      <w:proofErr w:type="spellEnd"/>
      <w:r>
        <w:t xml:space="preserve"> </w:t>
      </w:r>
      <w:proofErr w:type="spellStart"/>
      <w:r>
        <w:t>kwestie</w:t>
      </w:r>
      <w:proofErr w:type="spellEnd"/>
      <w:r>
        <w:t xml:space="preserve"> BHP, </w:t>
      </w:r>
      <w:proofErr w:type="spellStart"/>
      <w:r>
        <w:t>ubezpieczenia</w:t>
      </w:r>
      <w:proofErr w:type="spellEnd"/>
      <w:r>
        <w:t xml:space="preserve">, </w:t>
      </w:r>
      <w:proofErr w:type="spellStart"/>
      <w:r>
        <w:t>wymagań</w:t>
      </w:r>
      <w:proofErr w:type="spellEnd"/>
      <w:r>
        <w:t xml:space="preserve"> </w:t>
      </w:r>
      <w:proofErr w:type="spellStart"/>
      <w:r>
        <w:t>wobec</w:t>
      </w:r>
      <w:proofErr w:type="spellEnd"/>
      <w:r>
        <w:t xml:space="preserve"> </w:t>
      </w:r>
      <w:proofErr w:type="spellStart"/>
      <w:r>
        <w:t>miejsca</w:t>
      </w:r>
      <w:proofErr w:type="spellEnd"/>
      <w:r>
        <w:t xml:space="preserve"> </w:t>
      </w:r>
      <w:proofErr w:type="spellStart"/>
      <w:r>
        <w:t>praktycznej</w:t>
      </w:r>
      <w:proofErr w:type="spellEnd"/>
      <w:r>
        <w:t xml:space="preserve"> </w:t>
      </w:r>
      <w:proofErr w:type="spellStart"/>
      <w:r>
        <w:t>nauki</w:t>
      </w:r>
      <w:proofErr w:type="spellEnd"/>
      <w:r>
        <w:t xml:space="preserve"> </w:t>
      </w:r>
      <w:proofErr w:type="spellStart"/>
      <w:r>
        <w:t>zawodu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współpracy</w:t>
      </w:r>
      <w:proofErr w:type="spellEnd"/>
      <w:r>
        <w:t xml:space="preserve"> z </w:t>
      </w:r>
      <w:proofErr w:type="spellStart"/>
      <w:r>
        <w:t>pracodawcą</w:t>
      </w:r>
      <w:proofErr w:type="spellEnd"/>
      <w:r>
        <w:t xml:space="preserve"> </w:t>
      </w:r>
      <w:proofErr w:type="spellStart"/>
      <w:r>
        <w:t>określa</w:t>
      </w:r>
      <w:proofErr w:type="spellEnd"/>
      <w:r>
        <w:t xml:space="preserve"> </w:t>
      </w:r>
      <w:proofErr w:type="spellStart"/>
      <w:r>
        <w:t>załącznik</w:t>
      </w:r>
      <w:proofErr w:type="spellEnd"/>
      <w:r>
        <w:t xml:space="preserve"> do </w:t>
      </w:r>
      <w:proofErr w:type="spellStart"/>
      <w:r>
        <w:t>Umowy</w:t>
      </w:r>
      <w:proofErr w:type="spellEnd"/>
      <w:r>
        <w:t>.</w:t>
      </w:r>
    </w:p>
    <w:p w14:paraId="0B7FB438" w14:textId="77777777" w:rsidR="008A4B6C" w:rsidRDefault="007B4387">
      <w:pPr>
        <w:pStyle w:val="Nagwek1"/>
        <w:spacing w:after="40"/>
      </w:pPr>
      <w:r>
        <w:t xml:space="preserve">§ 6. </w:t>
      </w:r>
      <w:proofErr w:type="spellStart"/>
      <w:r>
        <w:t>Opłaty</w:t>
      </w:r>
      <w:proofErr w:type="spellEnd"/>
    </w:p>
    <w:p w14:paraId="3D3183EA" w14:textId="42F7C734" w:rsidR="008A4B6C" w:rsidRDefault="007B4387">
      <w:r>
        <w:t xml:space="preserve">1. </w:t>
      </w:r>
      <w:proofErr w:type="spellStart"/>
      <w:r>
        <w:t>Opiekunowie</w:t>
      </w:r>
      <w:proofErr w:type="spellEnd"/>
      <w:r>
        <w:t xml:space="preserve"> </w:t>
      </w:r>
      <w:proofErr w:type="spellStart"/>
      <w:r>
        <w:t>zobowiązują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do </w:t>
      </w:r>
      <w:proofErr w:type="spellStart"/>
      <w:r>
        <w:t>uiszczania</w:t>
      </w:r>
      <w:proofErr w:type="spellEnd"/>
      <w:r>
        <w:t xml:space="preserve"> </w:t>
      </w:r>
      <w:proofErr w:type="spellStart"/>
      <w:r>
        <w:t>opłat</w:t>
      </w:r>
      <w:proofErr w:type="spellEnd"/>
      <w:r>
        <w:t xml:space="preserve"> </w:t>
      </w:r>
      <w:proofErr w:type="spellStart"/>
      <w:r>
        <w:t>przewidzianych</w:t>
      </w:r>
      <w:proofErr w:type="spellEnd"/>
      <w:r>
        <w:t xml:space="preserve"> </w:t>
      </w:r>
      <w:proofErr w:type="spellStart"/>
      <w:r>
        <w:t>Umową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Wykazem</w:t>
      </w:r>
      <w:proofErr w:type="spellEnd"/>
      <w:r>
        <w:t xml:space="preserve"> </w:t>
      </w:r>
      <w:proofErr w:type="spellStart"/>
      <w:r>
        <w:t>opłat</w:t>
      </w:r>
      <w:proofErr w:type="spellEnd"/>
      <w:r>
        <w:t xml:space="preserve">, w </w:t>
      </w:r>
      <w:proofErr w:type="spellStart"/>
      <w:r>
        <w:t>szczególności</w:t>
      </w:r>
      <w:proofErr w:type="spellEnd"/>
      <w:r>
        <w:t xml:space="preserve"> </w:t>
      </w:r>
      <w:proofErr w:type="spellStart"/>
      <w:r>
        <w:t>opłaty</w:t>
      </w:r>
      <w:proofErr w:type="spellEnd"/>
      <w:r>
        <w:t xml:space="preserve"> </w:t>
      </w:r>
      <w:proofErr w:type="spellStart"/>
      <w:r>
        <w:t>wpisowej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opłat</w:t>
      </w:r>
      <w:proofErr w:type="spellEnd"/>
      <w:r>
        <w:t xml:space="preserve"> </w:t>
      </w:r>
      <w:proofErr w:type="spellStart"/>
      <w:r>
        <w:t>organizacyjnych</w:t>
      </w:r>
      <w:proofErr w:type="spellEnd"/>
      <w:r>
        <w:t xml:space="preserve"> </w:t>
      </w:r>
      <w:proofErr w:type="spellStart"/>
      <w:r>
        <w:t>wskazanych</w:t>
      </w:r>
      <w:proofErr w:type="spellEnd"/>
      <w:r>
        <w:t xml:space="preserve"> w </w:t>
      </w:r>
      <w:proofErr w:type="spellStart"/>
      <w:r>
        <w:t>aktualnym</w:t>
      </w:r>
      <w:proofErr w:type="spellEnd"/>
      <w:r>
        <w:t xml:space="preserve"> </w:t>
      </w:r>
      <w:proofErr w:type="spellStart"/>
      <w:r>
        <w:t>Wykazie</w:t>
      </w:r>
      <w:proofErr w:type="spellEnd"/>
      <w:r>
        <w:t xml:space="preserve"> </w:t>
      </w:r>
      <w:proofErr w:type="spellStart"/>
      <w:r>
        <w:t>opłat</w:t>
      </w:r>
      <w:proofErr w:type="spellEnd"/>
      <w:r>
        <w:t>.</w:t>
      </w:r>
      <w:r w:rsidR="00C116D1">
        <w:t xml:space="preserve"> </w:t>
      </w:r>
      <w:proofErr w:type="spellStart"/>
      <w:r w:rsidR="00C116D1" w:rsidRPr="00C116D1">
        <w:t>Opłata</w:t>
      </w:r>
      <w:proofErr w:type="spellEnd"/>
      <w:r w:rsidR="00C116D1" w:rsidRPr="00C116D1">
        <w:t xml:space="preserve"> </w:t>
      </w:r>
      <w:proofErr w:type="spellStart"/>
      <w:r w:rsidR="00C116D1" w:rsidRPr="00C116D1">
        <w:t>miesięczna</w:t>
      </w:r>
      <w:proofErr w:type="spellEnd"/>
      <w:r w:rsidR="00C116D1" w:rsidRPr="00C116D1">
        <w:t xml:space="preserve"> </w:t>
      </w:r>
      <w:proofErr w:type="spellStart"/>
      <w:r w:rsidR="00C116D1" w:rsidRPr="00C116D1">
        <w:t>wynosi</w:t>
      </w:r>
      <w:proofErr w:type="spellEnd"/>
      <w:r w:rsidR="00C116D1" w:rsidRPr="00C116D1">
        <w:t xml:space="preserve">: </w:t>
      </w:r>
      <w:r w:rsidR="00BE59CD">
        <w:t>120</w:t>
      </w:r>
      <w:r w:rsidR="00C116D1" w:rsidRPr="00C116D1">
        <w:t xml:space="preserve"> </w:t>
      </w:r>
      <w:proofErr w:type="spellStart"/>
      <w:r w:rsidR="00C116D1" w:rsidRPr="00C116D1">
        <w:t>złotych</w:t>
      </w:r>
      <w:proofErr w:type="spellEnd"/>
      <w:r w:rsidR="00C116D1" w:rsidRPr="00C116D1">
        <w:t xml:space="preserve">, </w:t>
      </w:r>
      <w:proofErr w:type="spellStart"/>
      <w:r w:rsidR="00C116D1" w:rsidRPr="00C116D1">
        <w:t>płatne</w:t>
      </w:r>
      <w:proofErr w:type="spellEnd"/>
      <w:r w:rsidR="00C116D1" w:rsidRPr="00C116D1">
        <w:t xml:space="preserve"> </w:t>
      </w:r>
      <w:proofErr w:type="spellStart"/>
      <w:r w:rsidR="00C116D1" w:rsidRPr="00C116D1">
        <w:t>przez</w:t>
      </w:r>
      <w:proofErr w:type="spellEnd"/>
      <w:r w:rsidR="00C116D1" w:rsidRPr="00C116D1">
        <w:t xml:space="preserve"> 10 </w:t>
      </w:r>
      <w:proofErr w:type="spellStart"/>
      <w:r w:rsidR="00C116D1" w:rsidRPr="00C116D1">
        <w:t>miesięcy</w:t>
      </w:r>
      <w:proofErr w:type="spellEnd"/>
      <w:r w:rsidR="00C116D1" w:rsidRPr="00C116D1">
        <w:t>.</w:t>
      </w:r>
      <w:r w:rsidR="000933E5">
        <w:t xml:space="preserve"> </w:t>
      </w:r>
      <w:proofErr w:type="spellStart"/>
      <w:r w:rsidR="000933E5">
        <w:t>Opłata</w:t>
      </w:r>
      <w:proofErr w:type="spellEnd"/>
      <w:r w:rsidR="000933E5">
        <w:t xml:space="preserve"> </w:t>
      </w:r>
      <w:proofErr w:type="spellStart"/>
      <w:r w:rsidR="000C3493">
        <w:t>wpisowa</w:t>
      </w:r>
      <w:proofErr w:type="spellEnd"/>
      <w:r w:rsidR="000C3493">
        <w:t xml:space="preserve"> 100 </w:t>
      </w:r>
      <w:proofErr w:type="spellStart"/>
      <w:r w:rsidR="000C3493">
        <w:t>zł</w:t>
      </w:r>
      <w:proofErr w:type="spellEnd"/>
      <w:r w:rsidR="000C3493">
        <w:t>, D</w:t>
      </w:r>
      <w:r w:rsidR="000933E5">
        <w:t xml:space="preserve">o 15.06.2026 – </w:t>
      </w:r>
      <w:proofErr w:type="spellStart"/>
      <w:r w:rsidR="000933E5">
        <w:t>brak</w:t>
      </w:r>
      <w:proofErr w:type="spellEnd"/>
      <w:r w:rsidR="000933E5">
        <w:t xml:space="preserve"> </w:t>
      </w:r>
      <w:proofErr w:type="spellStart"/>
      <w:r w:rsidR="000933E5">
        <w:t>opłaty</w:t>
      </w:r>
      <w:proofErr w:type="spellEnd"/>
      <w:r w:rsidR="000933E5">
        <w:t xml:space="preserve"> </w:t>
      </w:r>
      <w:proofErr w:type="spellStart"/>
      <w:r w:rsidR="000933E5">
        <w:t>wpisowej</w:t>
      </w:r>
      <w:proofErr w:type="spellEnd"/>
      <w:r w:rsidR="000933E5">
        <w:t>.</w:t>
      </w:r>
    </w:p>
    <w:p w14:paraId="2F9E6AFF" w14:textId="77777777" w:rsidR="008A4B6C" w:rsidRDefault="007B4387">
      <w:r>
        <w:t xml:space="preserve">2. </w:t>
      </w:r>
      <w:proofErr w:type="spellStart"/>
      <w:r>
        <w:t>Wykaz</w:t>
      </w:r>
      <w:proofErr w:type="spellEnd"/>
      <w:r>
        <w:t xml:space="preserve"> </w:t>
      </w:r>
      <w:proofErr w:type="spellStart"/>
      <w:r>
        <w:t>opłat</w:t>
      </w:r>
      <w:proofErr w:type="spellEnd"/>
      <w:r>
        <w:t xml:space="preserve"> jest </w:t>
      </w:r>
      <w:proofErr w:type="spellStart"/>
      <w:r>
        <w:t>ustalany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dany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szkolny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obowiązuje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cały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szkolny</w:t>
      </w:r>
      <w:proofErr w:type="spellEnd"/>
      <w:r>
        <w:t xml:space="preserve">, </w:t>
      </w:r>
      <w:proofErr w:type="spellStart"/>
      <w:r>
        <w:t>chyba</w:t>
      </w:r>
      <w:proofErr w:type="spellEnd"/>
      <w:r>
        <w:t xml:space="preserve"> </w:t>
      </w:r>
      <w:proofErr w:type="spellStart"/>
      <w:r>
        <w:t>że</w:t>
      </w:r>
      <w:proofErr w:type="spellEnd"/>
      <w:r>
        <w:t xml:space="preserve"> </w:t>
      </w:r>
      <w:proofErr w:type="spellStart"/>
      <w:r>
        <w:t>przepisy</w:t>
      </w:r>
      <w:proofErr w:type="spellEnd"/>
      <w:r>
        <w:t xml:space="preserve"> </w:t>
      </w:r>
      <w:proofErr w:type="spellStart"/>
      <w:r>
        <w:t>prawa</w:t>
      </w:r>
      <w:proofErr w:type="spellEnd"/>
      <w:r>
        <w:t xml:space="preserve">, </w:t>
      </w:r>
      <w:proofErr w:type="spellStart"/>
      <w:r>
        <w:t>zmiana</w:t>
      </w:r>
      <w:proofErr w:type="spellEnd"/>
      <w:r>
        <w:t xml:space="preserve"> </w:t>
      </w:r>
      <w:proofErr w:type="spellStart"/>
      <w:r>
        <w:t>podatków</w:t>
      </w:r>
      <w:proofErr w:type="spellEnd"/>
      <w:r>
        <w:t xml:space="preserve">, </w:t>
      </w:r>
      <w:proofErr w:type="spellStart"/>
      <w:r>
        <w:t>opłat</w:t>
      </w:r>
      <w:proofErr w:type="spellEnd"/>
      <w:r>
        <w:t xml:space="preserve"> </w:t>
      </w:r>
      <w:proofErr w:type="spellStart"/>
      <w:r>
        <w:t>publicznoprawnych</w:t>
      </w:r>
      <w:proofErr w:type="spellEnd"/>
      <w:r>
        <w:t xml:space="preserve"> </w:t>
      </w:r>
      <w:proofErr w:type="spellStart"/>
      <w:r>
        <w:t>albo</w:t>
      </w:r>
      <w:proofErr w:type="spellEnd"/>
      <w:r>
        <w:t xml:space="preserve"> </w:t>
      </w:r>
      <w:proofErr w:type="spellStart"/>
      <w:r>
        <w:t>inne</w:t>
      </w:r>
      <w:proofErr w:type="spellEnd"/>
      <w:r>
        <w:t xml:space="preserve"> </w:t>
      </w:r>
      <w:proofErr w:type="spellStart"/>
      <w:r>
        <w:t>ważne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obiektywne</w:t>
      </w:r>
      <w:proofErr w:type="spellEnd"/>
      <w:r>
        <w:t xml:space="preserve"> </w:t>
      </w:r>
      <w:proofErr w:type="spellStart"/>
      <w:r>
        <w:t>przyczyny</w:t>
      </w:r>
      <w:proofErr w:type="spellEnd"/>
      <w:r>
        <w:t xml:space="preserve"> </w:t>
      </w:r>
      <w:proofErr w:type="spellStart"/>
      <w:r>
        <w:t>uzasadniają</w:t>
      </w:r>
      <w:proofErr w:type="spellEnd"/>
      <w:r>
        <w:t xml:space="preserve"> </w:t>
      </w:r>
      <w:proofErr w:type="spellStart"/>
      <w:r>
        <w:t>jego</w:t>
      </w:r>
      <w:proofErr w:type="spellEnd"/>
      <w:r>
        <w:t xml:space="preserve"> </w:t>
      </w:r>
      <w:proofErr w:type="spellStart"/>
      <w:r>
        <w:t>zmianę</w:t>
      </w:r>
      <w:proofErr w:type="spellEnd"/>
      <w:r>
        <w:t xml:space="preserve">. O </w:t>
      </w:r>
      <w:proofErr w:type="spellStart"/>
      <w:r>
        <w:t>zmianie</w:t>
      </w:r>
      <w:proofErr w:type="spellEnd"/>
      <w:r>
        <w:t xml:space="preserve"> </w:t>
      </w:r>
      <w:proofErr w:type="spellStart"/>
      <w:r>
        <w:t>Szkoła</w:t>
      </w:r>
      <w:proofErr w:type="spellEnd"/>
      <w:r>
        <w:t xml:space="preserve"> </w:t>
      </w:r>
      <w:proofErr w:type="spellStart"/>
      <w:r>
        <w:t>informuje</w:t>
      </w:r>
      <w:proofErr w:type="spellEnd"/>
      <w:r>
        <w:t xml:space="preserve"> z </w:t>
      </w:r>
      <w:proofErr w:type="spellStart"/>
      <w:r>
        <w:t>odpowiednim</w:t>
      </w:r>
      <w:proofErr w:type="spellEnd"/>
      <w:r>
        <w:t xml:space="preserve"> </w:t>
      </w:r>
      <w:proofErr w:type="spellStart"/>
      <w:r>
        <w:t>wyprzedzeniem</w:t>
      </w:r>
      <w:proofErr w:type="spellEnd"/>
      <w:r>
        <w:t>.</w:t>
      </w:r>
    </w:p>
    <w:p w14:paraId="6B7B7AF2" w14:textId="77777777" w:rsidR="008A4B6C" w:rsidRDefault="007B4387">
      <w:r>
        <w:t xml:space="preserve">3. </w:t>
      </w:r>
      <w:proofErr w:type="spellStart"/>
      <w:r>
        <w:t>Opłata</w:t>
      </w:r>
      <w:proofErr w:type="spellEnd"/>
      <w:r>
        <w:t xml:space="preserve"> </w:t>
      </w:r>
      <w:proofErr w:type="spellStart"/>
      <w:r>
        <w:t>organizacyjna</w:t>
      </w:r>
      <w:proofErr w:type="spellEnd"/>
      <w:r>
        <w:t xml:space="preserve"> za </w:t>
      </w:r>
      <w:proofErr w:type="spellStart"/>
      <w:r>
        <w:t>ponowne</w:t>
      </w:r>
      <w:proofErr w:type="spellEnd"/>
      <w:r>
        <w:t xml:space="preserve"> </w:t>
      </w:r>
      <w:proofErr w:type="spellStart"/>
      <w:r>
        <w:t>wyznaczenie</w:t>
      </w:r>
      <w:proofErr w:type="spellEnd"/>
      <w:r>
        <w:t xml:space="preserve"> </w:t>
      </w:r>
      <w:proofErr w:type="spellStart"/>
      <w:r>
        <w:t>terminu</w:t>
      </w:r>
      <w:proofErr w:type="spellEnd"/>
      <w:r>
        <w:t xml:space="preserve"> </w:t>
      </w:r>
      <w:proofErr w:type="spellStart"/>
      <w:r>
        <w:t>egzaminu</w:t>
      </w:r>
      <w:proofErr w:type="spellEnd"/>
      <w:r>
        <w:t xml:space="preserve"> </w:t>
      </w:r>
      <w:proofErr w:type="spellStart"/>
      <w:r>
        <w:t>dotyczy</w:t>
      </w:r>
      <w:proofErr w:type="spellEnd"/>
      <w:r>
        <w:t xml:space="preserve"> </w:t>
      </w:r>
      <w:proofErr w:type="spellStart"/>
      <w:r>
        <w:t>jednej</w:t>
      </w:r>
      <w:proofErr w:type="spellEnd"/>
      <w:r>
        <w:t xml:space="preserve"> </w:t>
      </w:r>
      <w:proofErr w:type="spellStart"/>
      <w:r>
        <w:t>części</w:t>
      </w:r>
      <w:proofErr w:type="spellEnd"/>
      <w:r>
        <w:t xml:space="preserve"> </w:t>
      </w:r>
      <w:proofErr w:type="spellStart"/>
      <w:r>
        <w:t>egzaminu</w:t>
      </w:r>
      <w:proofErr w:type="spellEnd"/>
      <w:r>
        <w:t xml:space="preserve">, np. </w:t>
      </w:r>
      <w:proofErr w:type="spellStart"/>
      <w:r>
        <w:t>części</w:t>
      </w:r>
      <w:proofErr w:type="spellEnd"/>
      <w:r>
        <w:t xml:space="preserve"> </w:t>
      </w:r>
      <w:proofErr w:type="spellStart"/>
      <w:r>
        <w:t>pisemnej</w:t>
      </w:r>
      <w:proofErr w:type="spellEnd"/>
      <w:r>
        <w:t xml:space="preserve"> </w:t>
      </w:r>
      <w:proofErr w:type="spellStart"/>
      <w:r>
        <w:t>albo</w:t>
      </w:r>
      <w:proofErr w:type="spellEnd"/>
      <w:r>
        <w:t xml:space="preserve"> </w:t>
      </w:r>
      <w:proofErr w:type="spellStart"/>
      <w:r>
        <w:t>ustnej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jest </w:t>
      </w:r>
      <w:proofErr w:type="spellStart"/>
      <w:r>
        <w:t>należna</w:t>
      </w:r>
      <w:proofErr w:type="spellEnd"/>
      <w:r>
        <w:t xml:space="preserve"> </w:t>
      </w:r>
      <w:proofErr w:type="spellStart"/>
      <w:r>
        <w:t>wyłącznie</w:t>
      </w:r>
      <w:proofErr w:type="spellEnd"/>
      <w:r>
        <w:t xml:space="preserve"> w </w:t>
      </w:r>
      <w:proofErr w:type="spellStart"/>
      <w:r>
        <w:t>przypadkach</w:t>
      </w:r>
      <w:proofErr w:type="spellEnd"/>
      <w:r>
        <w:t xml:space="preserve"> </w:t>
      </w:r>
      <w:proofErr w:type="spellStart"/>
      <w:r>
        <w:t>określonych</w:t>
      </w:r>
      <w:proofErr w:type="spellEnd"/>
      <w:r>
        <w:t xml:space="preserve"> w </w:t>
      </w:r>
      <w:proofErr w:type="spellStart"/>
      <w:r>
        <w:t>Regulaminie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Wykazie</w:t>
      </w:r>
      <w:proofErr w:type="spellEnd"/>
      <w:r>
        <w:t xml:space="preserve"> </w:t>
      </w:r>
      <w:proofErr w:type="spellStart"/>
      <w:r>
        <w:t>opłat</w:t>
      </w:r>
      <w:proofErr w:type="spellEnd"/>
      <w:r>
        <w:t>.</w:t>
      </w:r>
    </w:p>
    <w:p w14:paraId="7B288C99" w14:textId="43ED4CB8" w:rsidR="008A4B6C" w:rsidRDefault="007B4387">
      <w:r>
        <w:t xml:space="preserve">4. </w:t>
      </w:r>
      <w:proofErr w:type="spellStart"/>
      <w:r>
        <w:t>Brak</w:t>
      </w:r>
      <w:proofErr w:type="spellEnd"/>
      <w:r>
        <w:t xml:space="preserve"> </w:t>
      </w:r>
      <w:proofErr w:type="spellStart"/>
      <w:r>
        <w:t>uiszczenia</w:t>
      </w:r>
      <w:proofErr w:type="spellEnd"/>
      <w:r>
        <w:t xml:space="preserve"> </w:t>
      </w:r>
      <w:proofErr w:type="spellStart"/>
      <w:r>
        <w:t>opłaty</w:t>
      </w:r>
      <w:proofErr w:type="spellEnd"/>
      <w:r>
        <w:t xml:space="preserve"> </w:t>
      </w:r>
      <w:proofErr w:type="spellStart"/>
      <w:r>
        <w:t>może</w:t>
      </w:r>
      <w:proofErr w:type="spellEnd"/>
      <w:r>
        <w:t xml:space="preserve"> </w:t>
      </w:r>
      <w:proofErr w:type="spellStart"/>
      <w:r>
        <w:t>wstrzymać</w:t>
      </w:r>
      <w:proofErr w:type="spellEnd"/>
      <w:r>
        <w:t xml:space="preserve"> </w:t>
      </w:r>
      <w:proofErr w:type="spellStart"/>
      <w:r>
        <w:t>czynność</w:t>
      </w:r>
      <w:proofErr w:type="spellEnd"/>
      <w:r>
        <w:t xml:space="preserve"> </w:t>
      </w:r>
      <w:proofErr w:type="spellStart"/>
      <w:r>
        <w:t>organizacyjną</w:t>
      </w:r>
      <w:proofErr w:type="spellEnd"/>
      <w:r>
        <w:t xml:space="preserve">, </w:t>
      </w:r>
      <w:proofErr w:type="spellStart"/>
      <w:r>
        <w:t>której</w:t>
      </w:r>
      <w:proofErr w:type="spellEnd"/>
      <w:r>
        <w:t xml:space="preserve"> </w:t>
      </w:r>
      <w:proofErr w:type="spellStart"/>
      <w:r>
        <w:t>opłata</w:t>
      </w:r>
      <w:proofErr w:type="spellEnd"/>
      <w:r>
        <w:t xml:space="preserve"> </w:t>
      </w:r>
      <w:proofErr w:type="spellStart"/>
      <w:r>
        <w:t>dotyczy</w:t>
      </w:r>
      <w:proofErr w:type="spellEnd"/>
      <w:r>
        <w:t xml:space="preserve">, </w:t>
      </w:r>
      <w:proofErr w:type="spellStart"/>
      <w:r>
        <w:t>jeżeli</w:t>
      </w:r>
      <w:proofErr w:type="spellEnd"/>
      <w:r>
        <w:t xml:space="preserve"> </w:t>
      </w:r>
      <w:proofErr w:type="spellStart"/>
      <w:r>
        <w:t>wynika</w:t>
      </w:r>
      <w:proofErr w:type="spellEnd"/>
      <w:r>
        <w:t xml:space="preserve"> to z </w:t>
      </w:r>
      <w:proofErr w:type="spellStart"/>
      <w:r>
        <w:t>Umowy</w:t>
      </w:r>
      <w:proofErr w:type="spellEnd"/>
      <w:r>
        <w:t xml:space="preserve">, </w:t>
      </w:r>
      <w:proofErr w:type="spellStart"/>
      <w:r>
        <w:t>Regulaminu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Wykazu</w:t>
      </w:r>
      <w:proofErr w:type="spellEnd"/>
      <w:r>
        <w:t xml:space="preserve"> </w:t>
      </w:r>
      <w:proofErr w:type="spellStart"/>
      <w:r>
        <w:t>opłat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narusza</w:t>
      </w:r>
      <w:proofErr w:type="spellEnd"/>
      <w:r>
        <w:t xml:space="preserve"> </w:t>
      </w:r>
      <w:proofErr w:type="spellStart"/>
      <w:r>
        <w:t>bezwzględnie</w:t>
      </w:r>
      <w:proofErr w:type="spellEnd"/>
      <w:r>
        <w:t xml:space="preserve"> </w:t>
      </w:r>
      <w:proofErr w:type="spellStart"/>
      <w:r>
        <w:t>obowiązujących</w:t>
      </w:r>
      <w:proofErr w:type="spellEnd"/>
      <w:r>
        <w:t xml:space="preserve"> </w:t>
      </w:r>
      <w:proofErr w:type="spellStart"/>
      <w:r>
        <w:t>przepisów</w:t>
      </w:r>
      <w:proofErr w:type="spellEnd"/>
      <w:r>
        <w:t xml:space="preserve"> </w:t>
      </w:r>
      <w:proofErr w:type="spellStart"/>
      <w:r>
        <w:t>prawa</w:t>
      </w:r>
      <w:proofErr w:type="spellEnd"/>
      <w:r>
        <w:t>.</w:t>
      </w:r>
    </w:p>
    <w:p w14:paraId="7F9D1BE7" w14:textId="77777777" w:rsidR="00C116D1" w:rsidRDefault="00C116D1" w:rsidP="00C116D1">
      <w:r>
        <w:t xml:space="preserve">Dane do </w:t>
      </w:r>
      <w:proofErr w:type="spellStart"/>
      <w:r>
        <w:t>przelewu</w:t>
      </w:r>
      <w:proofErr w:type="spellEnd"/>
      <w:r>
        <w:t>:</w:t>
      </w:r>
    </w:p>
    <w:p w14:paraId="494469F9" w14:textId="3E3885A6" w:rsidR="00C116D1" w:rsidRDefault="00C116D1" w:rsidP="00C116D1">
      <w:proofErr w:type="spellStart"/>
      <w:r>
        <w:t>Szkoła</w:t>
      </w:r>
      <w:proofErr w:type="spellEnd"/>
      <w:r>
        <w:t xml:space="preserve"> </w:t>
      </w:r>
      <w:proofErr w:type="spellStart"/>
      <w:r>
        <w:t>Branżowa</w:t>
      </w:r>
      <w:proofErr w:type="spellEnd"/>
      <w:r>
        <w:t xml:space="preserve"> I </w:t>
      </w:r>
      <w:proofErr w:type="spellStart"/>
      <w:r>
        <w:t>Stopnia</w:t>
      </w:r>
      <w:proofErr w:type="spellEnd"/>
      <w:r>
        <w:t xml:space="preserve"> </w:t>
      </w:r>
    </w:p>
    <w:p w14:paraId="60A25570" w14:textId="77777777" w:rsidR="00C116D1" w:rsidRDefault="00C116D1" w:rsidP="00C116D1">
      <w:r>
        <w:t xml:space="preserve">06-300 </w:t>
      </w:r>
      <w:proofErr w:type="spellStart"/>
      <w:r>
        <w:t>Przasnysz</w:t>
      </w:r>
      <w:proofErr w:type="spellEnd"/>
      <w:r>
        <w:t xml:space="preserve"> ul. </w:t>
      </w:r>
      <w:proofErr w:type="spellStart"/>
      <w:r>
        <w:t>Szosa</w:t>
      </w:r>
      <w:proofErr w:type="spellEnd"/>
      <w:r>
        <w:t xml:space="preserve"> </w:t>
      </w:r>
      <w:proofErr w:type="spellStart"/>
      <w:r>
        <w:t>Ciechanowska</w:t>
      </w:r>
      <w:proofErr w:type="spellEnd"/>
      <w:r>
        <w:t xml:space="preserve"> 6</w:t>
      </w:r>
    </w:p>
    <w:p w14:paraId="4EB49DAD" w14:textId="5291A515" w:rsidR="00C116D1" w:rsidRDefault="00C116D1" w:rsidP="00C116D1">
      <w:r>
        <w:t xml:space="preserve">Nr </w:t>
      </w:r>
      <w:proofErr w:type="spellStart"/>
      <w:r>
        <w:t>konta</w:t>
      </w:r>
      <w:proofErr w:type="spellEnd"/>
      <w:r>
        <w:t xml:space="preserve"> </w:t>
      </w:r>
      <w:r w:rsidR="00C67CFB" w:rsidRPr="00C67CFB">
        <w:t>41 1020 3802 0000 1702 0368 8629</w:t>
      </w:r>
    </w:p>
    <w:p w14:paraId="01A4FE7F" w14:textId="0211D696" w:rsidR="00C116D1" w:rsidRDefault="00C116D1" w:rsidP="00C116D1">
      <w:proofErr w:type="spellStart"/>
      <w:r>
        <w:t>Tytułem</w:t>
      </w:r>
      <w:proofErr w:type="spellEnd"/>
      <w:r>
        <w:t xml:space="preserve">: </w:t>
      </w:r>
      <w:proofErr w:type="spellStart"/>
      <w:r>
        <w:t>Opłata</w:t>
      </w:r>
      <w:proofErr w:type="spellEnd"/>
      <w:r>
        <w:t xml:space="preserve"> za </w:t>
      </w:r>
      <w:proofErr w:type="spellStart"/>
      <w:r>
        <w:t>miesiąc</w:t>
      </w:r>
      <w:proofErr w:type="spellEnd"/>
      <w:r>
        <w:t xml:space="preserve"> xx </w:t>
      </w:r>
      <w:proofErr w:type="spellStart"/>
      <w:r>
        <w:t>imię</w:t>
      </w:r>
      <w:proofErr w:type="spellEnd"/>
      <w:r>
        <w:t xml:space="preserve"> </w:t>
      </w:r>
      <w:proofErr w:type="spellStart"/>
      <w:r>
        <w:t>nazwisko</w:t>
      </w:r>
      <w:proofErr w:type="spellEnd"/>
      <w:r>
        <w:t xml:space="preserve"> </w:t>
      </w:r>
      <w:proofErr w:type="spellStart"/>
      <w:r>
        <w:t>ucznia</w:t>
      </w:r>
      <w:proofErr w:type="spellEnd"/>
    </w:p>
    <w:p w14:paraId="5DA6BEFE" w14:textId="77777777" w:rsidR="008A4B6C" w:rsidRDefault="007B4387">
      <w:pPr>
        <w:pStyle w:val="Nagwek1"/>
        <w:spacing w:after="40"/>
      </w:pPr>
      <w:r>
        <w:t xml:space="preserve">§ 7. </w:t>
      </w:r>
      <w:proofErr w:type="spellStart"/>
      <w:r>
        <w:t>Obowiązki</w:t>
      </w:r>
      <w:proofErr w:type="spellEnd"/>
      <w:r>
        <w:t xml:space="preserve"> </w:t>
      </w:r>
      <w:proofErr w:type="spellStart"/>
      <w:r>
        <w:t>Szkoły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Opiekunów</w:t>
      </w:r>
      <w:proofErr w:type="spellEnd"/>
    </w:p>
    <w:p w14:paraId="60FA0863" w14:textId="77777777" w:rsidR="008A4B6C" w:rsidRDefault="007B4387">
      <w:r>
        <w:t xml:space="preserve">1. </w:t>
      </w:r>
      <w:proofErr w:type="spellStart"/>
      <w:r>
        <w:t>Szkoła</w:t>
      </w:r>
      <w:proofErr w:type="spellEnd"/>
      <w:r>
        <w:t xml:space="preserve"> </w:t>
      </w:r>
      <w:proofErr w:type="spellStart"/>
      <w:r>
        <w:t>zobowiązuje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organizować</w:t>
      </w:r>
      <w:proofErr w:type="spellEnd"/>
      <w:r>
        <w:t xml:space="preserve"> </w:t>
      </w:r>
      <w:proofErr w:type="spellStart"/>
      <w:r>
        <w:t>kształcenie</w:t>
      </w:r>
      <w:proofErr w:type="spellEnd"/>
      <w:r>
        <w:t xml:space="preserve">, </w:t>
      </w:r>
      <w:proofErr w:type="spellStart"/>
      <w:r>
        <w:t>egzaminy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obsługę</w:t>
      </w:r>
      <w:proofErr w:type="spellEnd"/>
      <w:r>
        <w:t xml:space="preserve"> </w:t>
      </w:r>
      <w:proofErr w:type="spellStart"/>
      <w:r>
        <w:t>Ucznia</w:t>
      </w:r>
      <w:proofErr w:type="spellEnd"/>
      <w:r>
        <w:t xml:space="preserve"> z </w:t>
      </w:r>
      <w:proofErr w:type="spellStart"/>
      <w:r>
        <w:t>należytą</w:t>
      </w:r>
      <w:proofErr w:type="spellEnd"/>
      <w:r>
        <w:t xml:space="preserve"> </w:t>
      </w:r>
      <w:proofErr w:type="spellStart"/>
      <w:r>
        <w:t>starannością</w:t>
      </w:r>
      <w:proofErr w:type="spellEnd"/>
      <w:r>
        <w:t xml:space="preserve">, </w:t>
      </w:r>
      <w:proofErr w:type="spellStart"/>
      <w:r>
        <w:t>zgodnie</w:t>
      </w:r>
      <w:proofErr w:type="spellEnd"/>
      <w:r>
        <w:t xml:space="preserve"> z </w:t>
      </w:r>
      <w:proofErr w:type="spellStart"/>
      <w:r>
        <w:t>przepisami</w:t>
      </w:r>
      <w:proofErr w:type="spellEnd"/>
      <w:r>
        <w:t xml:space="preserve"> </w:t>
      </w:r>
      <w:proofErr w:type="spellStart"/>
      <w:r>
        <w:t>prawa</w:t>
      </w:r>
      <w:proofErr w:type="spellEnd"/>
      <w:r>
        <w:t xml:space="preserve">, </w:t>
      </w:r>
      <w:proofErr w:type="spellStart"/>
      <w:r>
        <w:t>Statutem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możliwościami</w:t>
      </w:r>
      <w:proofErr w:type="spellEnd"/>
      <w:r>
        <w:t xml:space="preserve"> </w:t>
      </w:r>
      <w:proofErr w:type="spellStart"/>
      <w:r>
        <w:t>organizacyjnymi</w:t>
      </w:r>
      <w:proofErr w:type="spellEnd"/>
      <w:r>
        <w:t xml:space="preserve"> </w:t>
      </w:r>
      <w:proofErr w:type="spellStart"/>
      <w:r>
        <w:t>Szkoły</w:t>
      </w:r>
      <w:proofErr w:type="spellEnd"/>
      <w:r>
        <w:t>.</w:t>
      </w:r>
    </w:p>
    <w:p w14:paraId="7320B04D" w14:textId="77777777" w:rsidR="008A4B6C" w:rsidRDefault="007B4387">
      <w:r>
        <w:t xml:space="preserve">2. </w:t>
      </w:r>
      <w:proofErr w:type="spellStart"/>
      <w:r>
        <w:t>Szkoła</w:t>
      </w:r>
      <w:proofErr w:type="spellEnd"/>
      <w:r>
        <w:t xml:space="preserve"> </w:t>
      </w:r>
      <w:proofErr w:type="spellStart"/>
      <w:r>
        <w:t>udostępnia</w:t>
      </w:r>
      <w:proofErr w:type="spellEnd"/>
      <w:r>
        <w:t xml:space="preserve"> </w:t>
      </w:r>
      <w:proofErr w:type="spellStart"/>
      <w:r>
        <w:t>Uczniowi</w:t>
      </w:r>
      <w:proofErr w:type="spellEnd"/>
      <w:r>
        <w:t xml:space="preserve"> </w:t>
      </w:r>
      <w:proofErr w:type="spellStart"/>
      <w:r>
        <w:t>materiały</w:t>
      </w:r>
      <w:proofErr w:type="spellEnd"/>
      <w:r>
        <w:t xml:space="preserve">, </w:t>
      </w:r>
      <w:proofErr w:type="spellStart"/>
      <w:r>
        <w:t>informacje</w:t>
      </w:r>
      <w:proofErr w:type="spellEnd"/>
      <w:r>
        <w:t xml:space="preserve"> </w:t>
      </w:r>
      <w:proofErr w:type="spellStart"/>
      <w:r>
        <w:t>organizacyjne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kontakt</w:t>
      </w:r>
      <w:proofErr w:type="spellEnd"/>
      <w:r>
        <w:t xml:space="preserve"> z </w:t>
      </w:r>
      <w:proofErr w:type="spellStart"/>
      <w:r>
        <w:t>nauczycielami</w:t>
      </w:r>
      <w:proofErr w:type="spellEnd"/>
      <w:r>
        <w:t xml:space="preserve"> w </w:t>
      </w:r>
      <w:proofErr w:type="spellStart"/>
      <w:r>
        <w:t>zakresie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zasadach</w:t>
      </w:r>
      <w:proofErr w:type="spellEnd"/>
      <w:r>
        <w:t xml:space="preserve"> </w:t>
      </w:r>
      <w:proofErr w:type="spellStart"/>
      <w:r>
        <w:t>przyjętych</w:t>
      </w:r>
      <w:proofErr w:type="spellEnd"/>
      <w:r>
        <w:t xml:space="preserve"> w </w:t>
      </w:r>
      <w:proofErr w:type="spellStart"/>
      <w:r>
        <w:t>organizacji</w:t>
      </w:r>
      <w:proofErr w:type="spellEnd"/>
      <w:r>
        <w:t xml:space="preserve"> </w:t>
      </w:r>
      <w:proofErr w:type="spellStart"/>
      <w:r>
        <w:t>pracy</w:t>
      </w:r>
      <w:proofErr w:type="spellEnd"/>
      <w:r>
        <w:t xml:space="preserve"> </w:t>
      </w:r>
      <w:proofErr w:type="spellStart"/>
      <w:r>
        <w:t>Szkoły</w:t>
      </w:r>
      <w:proofErr w:type="spellEnd"/>
      <w:r>
        <w:t>.</w:t>
      </w:r>
    </w:p>
    <w:p w14:paraId="48188138" w14:textId="77777777" w:rsidR="008A4B6C" w:rsidRDefault="007B4387">
      <w:r>
        <w:t xml:space="preserve">3. </w:t>
      </w:r>
      <w:proofErr w:type="spellStart"/>
      <w:r>
        <w:t>Opiekunowie</w:t>
      </w:r>
      <w:proofErr w:type="spellEnd"/>
      <w:r>
        <w:t xml:space="preserve"> </w:t>
      </w:r>
      <w:proofErr w:type="spellStart"/>
      <w:r>
        <w:t>zobowiązują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do </w:t>
      </w:r>
      <w:proofErr w:type="spellStart"/>
      <w:r>
        <w:t>współpracy</w:t>
      </w:r>
      <w:proofErr w:type="spellEnd"/>
      <w:r>
        <w:t xml:space="preserve"> </w:t>
      </w:r>
      <w:proofErr w:type="spellStart"/>
      <w:r>
        <w:t>ze</w:t>
      </w:r>
      <w:proofErr w:type="spellEnd"/>
      <w:r>
        <w:t xml:space="preserve"> </w:t>
      </w:r>
      <w:proofErr w:type="spellStart"/>
      <w:r>
        <w:t>Szkołą</w:t>
      </w:r>
      <w:proofErr w:type="spellEnd"/>
      <w:r>
        <w:t xml:space="preserve">, </w:t>
      </w:r>
      <w:proofErr w:type="spellStart"/>
      <w:r>
        <w:t>przestrzegania</w:t>
      </w:r>
      <w:proofErr w:type="spellEnd"/>
      <w:r>
        <w:t xml:space="preserve"> </w:t>
      </w:r>
      <w:proofErr w:type="spellStart"/>
      <w:r>
        <w:t>Statutu</w:t>
      </w:r>
      <w:proofErr w:type="spellEnd"/>
      <w:r>
        <w:t xml:space="preserve">, </w:t>
      </w:r>
      <w:proofErr w:type="spellStart"/>
      <w:r>
        <w:t>Regulaminu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załączników</w:t>
      </w:r>
      <w:proofErr w:type="spellEnd"/>
      <w:r>
        <w:t xml:space="preserve">, </w:t>
      </w:r>
      <w:proofErr w:type="spellStart"/>
      <w:r>
        <w:t>terminowego</w:t>
      </w:r>
      <w:proofErr w:type="spellEnd"/>
      <w:r>
        <w:t xml:space="preserve"> </w:t>
      </w:r>
      <w:proofErr w:type="spellStart"/>
      <w:r>
        <w:t>dostarczania</w:t>
      </w:r>
      <w:proofErr w:type="spellEnd"/>
      <w:r>
        <w:t xml:space="preserve"> </w:t>
      </w:r>
      <w:proofErr w:type="spellStart"/>
      <w:r>
        <w:t>dokumentów</w:t>
      </w:r>
      <w:proofErr w:type="spellEnd"/>
      <w:r>
        <w:t xml:space="preserve">, </w:t>
      </w:r>
      <w:proofErr w:type="spellStart"/>
      <w:r>
        <w:t>zapewnienia</w:t>
      </w:r>
      <w:proofErr w:type="spellEnd"/>
      <w:r>
        <w:t xml:space="preserve"> </w:t>
      </w:r>
      <w:proofErr w:type="spellStart"/>
      <w:r>
        <w:t>udziału</w:t>
      </w:r>
      <w:proofErr w:type="spellEnd"/>
      <w:r>
        <w:t xml:space="preserve"> </w:t>
      </w:r>
      <w:proofErr w:type="spellStart"/>
      <w:r>
        <w:t>Ucznia</w:t>
      </w:r>
      <w:proofErr w:type="spellEnd"/>
      <w:r>
        <w:t xml:space="preserve"> w </w:t>
      </w:r>
      <w:proofErr w:type="spellStart"/>
      <w:r>
        <w:t>egzaminach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dbania</w:t>
      </w:r>
      <w:proofErr w:type="spellEnd"/>
      <w:r>
        <w:t xml:space="preserve"> o </w:t>
      </w:r>
      <w:proofErr w:type="spellStart"/>
      <w:r>
        <w:t>prawidłowy</w:t>
      </w:r>
      <w:proofErr w:type="spellEnd"/>
      <w:r>
        <w:t xml:space="preserve"> </w:t>
      </w:r>
      <w:proofErr w:type="spellStart"/>
      <w:r>
        <w:t>kontakt</w:t>
      </w:r>
      <w:proofErr w:type="spellEnd"/>
      <w:r>
        <w:t xml:space="preserve"> </w:t>
      </w:r>
      <w:proofErr w:type="spellStart"/>
      <w:r>
        <w:t>ze</w:t>
      </w:r>
      <w:proofErr w:type="spellEnd"/>
      <w:r>
        <w:t xml:space="preserve"> </w:t>
      </w:r>
      <w:proofErr w:type="spellStart"/>
      <w:r>
        <w:t>Szkołą</w:t>
      </w:r>
      <w:proofErr w:type="spellEnd"/>
      <w:r>
        <w:t>.</w:t>
      </w:r>
    </w:p>
    <w:p w14:paraId="6F2215EF" w14:textId="77777777" w:rsidR="008A4B6C" w:rsidRDefault="007B4387">
      <w:r>
        <w:t xml:space="preserve">4. </w:t>
      </w:r>
      <w:proofErr w:type="spellStart"/>
      <w:r>
        <w:t>Opiekunowie</w:t>
      </w:r>
      <w:proofErr w:type="spellEnd"/>
      <w:r>
        <w:t xml:space="preserve"> </w:t>
      </w:r>
      <w:proofErr w:type="spellStart"/>
      <w:r>
        <w:t>ponoszą</w:t>
      </w:r>
      <w:proofErr w:type="spellEnd"/>
      <w:r>
        <w:t xml:space="preserve"> </w:t>
      </w:r>
      <w:proofErr w:type="spellStart"/>
      <w:r>
        <w:t>odpowiedzialność</w:t>
      </w:r>
      <w:proofErr w:type="spellEnd"/>
      <w:r>
        <w:t xml:space="preserve"> za </w:t>
      </w:r>
      <w:proofErr w:type="spellStart"/>
      <w:r>
        <w:t>prawdziwość</w:t>
      </w:r>
      <w:proofErr w:type="spellEnd"/>
      <w:r>
        <w:t xml:space="preserve"> </w:t>
      </w:r>
      <w:proofErr w:type="spellStart"/>
      <w:r>
        <w:t>przekazywanych</w:t>
      </w:r>
      <w:proofErr w:type="spellEnd"/>
      <w:r>
        <w:t xml:space="preserve"> </w:t>
      </w:r>
      <w:proofErr w:type="spellStart"/>
      <w:r>
        <w:t>informacji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za </w:t>
      </w:r>
      <w:proofErr w:type="spellStart"/>
      <w:r>
        <w:t>niedostarczenie</w:t>
      </w:r>
      <w:proofErr w:type="spellEnd"/>
      <w:r>
        <w:t xml:space="preserve"> </w:t>
      </w:r>
      <w:proofErr w:type="spellStart"/>
      <w:r>
        <w:t>dokumentów</w:t>
      </w:r>
      <w:proofErr w:type="spellEnd"/>
      <w:r>
        <w:t xml:space="preserve">, </w:t>
      </w:r>
      <w:proofErr w:type="spellStart"/>
      <w:r>
        <w:t>jeżeli</w:t>
      </w:r>
      <w:proofErr w:type="spellEnd"/>
      <w:r>
        <w:t xml:space="preserve"> </w:t>
      </w:r>
      <w:proofErr w:type="spellStart"/>
      <w:r>
        <w:t>uniemożliwia</w:t>
      </w:r>
      <w:proofErr w:type="spellEnd"/>
      <w:r>
        <w:t xml:space="preserve"> to </w:t>
      </w:r>
      <w:proofErr w:type="spellStart"/>
      <w:r>
        <w:t>Szkole</w:t>
      </w:r>
      <w:proofErr w:type="spellEnd"/>
      <w:r>
        <w:t xml:space="preserve"> </w:t>
      </w:r>
      <w:proofErr w:type="spellStart"/>
      <w:r>
        <w:t>prawidłowe</w:t>
      </w:r>
      <w:proofErr w:type="spellEnd"/>
      <w:r>
        <w:t xml:space="preserve"> </w:t>
      </w:r>
      <w:proofErr w:type="spellStart"/>
      <w:r>
        <w:t>wykonanie</w:t>
      </w:r>
      <w:proofErr w:type="spellEnd"/>
      <w:r>
        <w:t xml:space="preserve"> </w:t>
      </w:r>
      <w:proofErr w:type="spellStart"/>
      <w:r>
        <w:t>obowiązków</w:t>
      </w:r>
      <w:proofErr w:type="spellEnd"/>
      <w:r>
        <w:t>.</w:t>
      </w:r>
    </w:p>
    <w:p w14:paraId="09B074CD" w14:textId="77777777" w:rsidR="008A4B6C" w:rsidRDefault="007B4387">
      <w:pPr>
        <w:pStyle w:val="Nagwek1"/>
        <w:spacing w:after="40"/>
      </w:pPr>
      <w:r>
        <w:t xml:space="preserve">§ 8. </w:t>
      </w:r>
      <w:proofErr w:type="spellStart"/>
      <w:r>
        <w:t>Czas</w:t>
      </w:r>
      <w:proofErr w:type="spellEnd"/>
      <w:r>
        <w:t xml:space="preserve"> </w:t>
      </w:r>
      <w:proofErr w:type="spellStart"/>
      <w:r>
        <w:t>trwania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rozwiązanie</w:t>
      </w:r>
      <w:proofErr w:type="spellEnd"/>
      <w:r>
        <w:t xml:space="preserve"> </w:t>
      </w:r>
      <w:proofErr w:type="spellStart"/>
      <w:r>
        <w:t>Umowy</w:t>
      </w:r>
      <w:proofErr w:type="spellEnd"/>
    </w:p>
    <w:p w14:paraId="517DA36E" w14:textId="533A3EA4" w:rsidR="008A4B6C" w:rsidRDefault="007B4387">
      <w:r>
        <w:t xml:space="preserve">1. </w:t>
      </w:r>
      <w:proofErr w:type="spellStart"/>
      <w:r>
        <w:t>Umowa</w:t>
      </w:r>
      <w:proofErr w:type="spellEnd"/>
      <w:r>
        <w:t xml:space="preserve"> </w:t>
      </w:r>
      <w:proofErr w:type="spellStart"/>
      <w:r>
        <w:t>zostaje</w:t>
      </w:r>
      <w:proofErr w:type="spellEnd"/>
      <w:r>
        <w:t xml:space="preserve"> </w:t>
      </w:r>
      <w:proofErr w:type="spellStart"/>
      <w:r>
        <w:t>zawarta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czas</w:t>
      </w:r>
      <w:proofErr w:type="spellEnd"/>
      <w:r>
        <w:t xml:space="preserve"> </w:t>
      </w:r>
      <w:proofErr w:type="spellStart"/>
      <w:r>
        <w:t>nieoznaczony</w:t>
      </w:r>
      <w:proofErr w:type="spellEnd"/>
      <w:r>
        <w:t xml:space="preserve">, </w:t>
      </w:r>
      <w:proofErr w:type="spellStart"/>
      <w:r>
        <w:t>p</w:t>
      </w:r>
      <w:r w:rsidR="008A23AA">
        <w:t>ocząwszy</w:t>
      </w:r>
      <w:proofErr w:type="spellEnd"/>
      <w:r w:rsidR="008A23AA">
        <w:t xml:space="preserve"> od </w:t>
      </w:r>
      <w:proofErr w:type="spellStart"/>
      <w:r w:rsidR="008A23AA">
        <w:t>dnia</w:t>
      </w:r>
      <w:proofErr w:type="spellEnd"/>
      <w:r w:rsidR="008A23AA">
        <w:t xml:space="preserve"> 31.08.2026r.</w:t>
      </w:r>
      <w:r>
        <w:t xml:space="preserve">, z </w:t>
      </w:r>
      <w:proofErr w:type="spellStart"/>
      <w:r>
        <w:t>zastrzeżeniem</w:t>
      </w:r>
      <w:proofErr w:type="spellEnd"/>
      <w:r>
        <w:t xml:space="preserve"> </w:t>
      </w:r>
      <w:proofErr w:type="spellStart"/>
      <w:r>
        <w:t>warunków</w:t>
      </w:r>
      <w:proofErr w:type="spellEnd"/>
      <w:r>
        <w:t xml:space="preserve"> </w:t>
      </w:r>
      <w:proofErr w:type="spellStart"/>
      <w:r>
        <w:t>przyjęcia</w:t>
      </w:r>
      <w:proofErr w:type="spellEnd"/>
      <w:r>
        <w:t xml:space="preserve"> </w:t>
      </w:r>
      <w:proofErr w:type="spellStart"/>
      <w:r>
        <w:t>Ucznia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decyzji</w:t>
      </w:r>
      <w:proofErr w:type="spellEnd"/>
      <w:r>
        <w:t xml:space="preserve"> </w:t>
      </w:r>
      <w:proofErr w:type="spellStart"/>
      <w:r>
        <w:t>dotyczącej</w:t>
      </w:r>
      <w:proofErr w:type="spellEnd"/>
      <w:r>
        <w:t xml:space="preserve"> </w:t>
      </w:r>
      <w:proofErr w:type="spellStart"/>
      <w:r>
        <w:t>realizowania</w:t>
      </w:r>
      <w:proofErr w:type="spellEnd"/>
      <w:r>
        <w:t xml:space="preserve"> </w:t>
      </w:r>
      <w:proofErr w:type="spellStart"/>
      <w:r>
        <w:t>obowiązku</w:t>
      </w:r>
      <w:proofErr w:type="spellEnd"/>
      <w:r>
        <w:t xml:space="preserve"> </w:t>
      </w:r>
      <w:proofErr w:type="spellStart"/>
      <w:r>
        <w:t>nauki</w:t>
      </w:r>
      <w:proofErr w:type="spellEnd"/>
      <w:r>
        <w:t xml:space="preserve"> </w:t>
      </w:r>
      <w:proofErr w:type="spellStart"/>
      <w:r>
        <w:t>poza</w:t>
      </w:r>
      <w:proofErr w:type="spellEnd"/>
      <w:r>
        <w:t xml:space="preserve"> </w:t>
      </w:r>
      <w:proofErr w:type="spellStart"/>
      <w:r>
        <w:t>szkołą</w:t>
      </w:r>
      <w:proofErr w:type="spellEnd"/>
      <w:r>
        <w:t>.</w:t>
      </w:r>
    </w:p>
    <w:p w14:paraId="5BF38D53" w14:textId="24567D45" w:rsidR="008A4B6C" w:rsidRDefault="007B4387">
      <w:r>
        <w:t xml:space="preserve">2. </w:t>
      </w:r>
      <w:proofErr w:type="spellStart"/>
      <w:r>
        <w:t>Opiekunowie</w:t>
      </w:r>
      <w:proofErr w:type="spellEnd"/>
      <w:r>
        <w:t xml:space="preserve"> </w:t>
      </w:r>
      <w:proofErr w:type="spellStart"/>
      <w:r>
        <w:t>mogą</w:t>
      </w:r>
      <w:proofErr w:type="spellEnd"/>
      <w:r>
        <w:t xml:space="preserve"> </w:t>
      </w:r>
      <w:proofErr w:type="spellStart"/>
      <w:r>
        <w:t>wypowiedzieć</w:t>
      </w:r>
      <w:proofErr w:type="spellEnd"/>
      <w:r>
        <w:t xml:space="preserve"> </w:t>
      </w:r>
      <w:proofErr w:type="spellStart"/>
      <w:r>
        <w:t>Umowę</w:t>
      </w:r>
      <w:proofErr w:type="spellEnd"/>
      <w:r>
        <w:t xml:space="preserve"> w </w:t>
      </w:r>
      <w:proofErr w:type="spellStart"/>
      <w:r>
        <w:t>formie</w:t>
      </w:r>
      <w:proofErr w:type="spellEnd"/>
      <w:r>
        <w:t xml:space="preserve"> </w:t>
      </w:r>
      <w:proofErr w:type="spellStart"/>
      <w:r>
        <w:t>pisemnej</w:t>
      </w:r>
      <w:proofErr w:type="spellEnd"/>
      <w:r>
        <w:t xml:space="preserve"> </w:t>
      </w:r>
      <w:proofErr w:type="spellStart"/>
      <w:r>
        <w:t>albo</w:t>
      </w:r>
      <w:proofErr w:type="spellEnd"/>
      <w:r>
        <w:t xml:space="preserve"> </w:t>
      </w:r>
      <w:proofErr w:type="spellStart"/>
      <w:r>
        <w:t>dokumentowej</w:t>
      </w:r>
      <w:proofErr w:type="spellEnd"/>
      <w:r>
        <w:t>,</w:t>
      </w:r>
      <w:r w:rsidR="00C718F2">
        <w:t xml:space="preserve"> za </w:t>
      </w:r>
      <w:proofErr w:type="spellStart"/>
      <w:r w:rsidR="00C718F2">
        <w:t>jednomiesięcznym</w:t>
      </w:r>
      <w:proofErr w:type="spellEnd"/>
      <w:r w:rsidR="00C718F2">
        <w:t xml:space="preserve"> </w:t>
      </w:r>
      <w:proofErr w:type="spellStart"/>
      <w:r w:rsidR="00C718F2">
        <w:t>wypowiedzeniem</w:t>
      </w:r>
      <w:proofErr w:type="spellEnd"/>
      <w:r w:rsidR="00C718F2">
        <w:t>,</w:t>
      </w:r>
      <w:r>
        <w:t xml:space="preserve"> </w:t>
      </w:r>
      <w:proofErr w:type="spellStart"/>
      <w:r>
        <w:t>ze</w:t>
      </w:r>
      <w:proofErr w:type="spellEnd"/>
      <w:r>
        <w:t xml:space="preserve"> </w:t>
      </w:r>
      <w:proofErr w:type="spellStart"/>
      <w:r>
        <w:t>skutkiem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 w:rsidR="00C718F2">
        <w:t>ostatni</w:t>
      </w:r>
      <w:proofErr w:type="spellEnd"/>
      <w:r w:rsidR="00C718F2">
        <w:t xml:space="preserve"> </w:t>
      </w:r>
      <w:proofErr w:type="spellStart"/>
      <w:r w:rsidR="00C718F2">
        <w:t>dzień</w:t>
      </w:r>
      <w:proofErr w:type="spellEnd"/>
      <w:r w:rsidR="00C718F2">
        <w:t xml:space="preserve"> </w:t>
      </w:r>
      <w:proofErr w:type="spellStart"/>
      <w:r w:rsidR="00C718F2">
        <w:t>miesiąca</w:t>
      </w:r>
      <w:proofErr w:type="spellEnd"/>
      <w:r>
        <w:t>.</w:t>
      </w:r>
    </w:p>
    <w:p w14:paraId="2981853E" w14:textId="77777777" w:rsidR="008A4B6C" w:rsidRDefault="007B4387">
      <w:r>
        <w:t xml:space="preserve">3. </w:t>
      </w:r>
      <w:proofErr w:type="spellStart"/>
      <w:r>
        <w:t>Szkoła</w:t>
      </w:r>
      <w:proofErr w:type="spellEnd"/>
      <w:r>
        <w:t xml:space="preserve"> </w:t>
      </w:r>
      <w:proofErr w:type="spellStart"/>
      <w:r>
        <w:t>może</w:t>
      </w:r>
      <w:proofErr w:type="spellEnd"/>
      <w:r>
        <w:t xml:space="preserve"> </w:t>
      </w:r>
      <w:proofErr w:type="spellStart"/>
      <w:r>
        <w:t>wypowiedzieć</w:t>
      </w:r>
      <w:proofErr w:type="spellEnd"/>
      <w:r>
        <w:t xml:space="preserve"> </w:t>
      </w:r>
      <w:proofErr w:type="spellStart"/>
      <w:r>
        <w:t>Umowę</w:t>
      </w:r>
      <w:proofErr w:type="spellEnd"/>
      <w:r>
        <w:t xml:space="preserve"> z </w:t>
      </w:r>
      <w:proofErr w:type="spellStart"/>
      <w:r>
        <w:t>zachowaniem</w:t>
      </w:r>
      <w:proofErr w:type="spellEnd"/>
      <w:r>
        <w:t xml:space="preserve"> </w:t>
      </w:r>
      <w:proofErr w:type="spellStart"/>
      <w:r>
        <w:t>miesięcznego</w:t>
      </w:r>
      <w:proofErr w:type="spellEnd"/>
      <w:r>
        <w:t xml:space="preserve"> </w:t>
      </w:r>
      <w:proofErr w:type="spellStart"/>
      <w:r>
        <w:t>terminu</w:t>
      </w:r>
      <w:proofErr w:type="spellEnd"/>
      <w:r>
        <w:t xml:space="preserve"> </w:t>
      </w:r>
      <w:proofErr w:type="spellStart"/>
      <w:r>
        <w:t>wypowiedzenia</w:t>
      </w:r>
      <w:proofErr w:type="spellEnd"/>
      <w:r>
        <w:t xml:space="preserve"> z </w:t>
      </w:r>
      <w:proofErr w:type="spellStart"/>
      <w:r>
        <w:t>ważnych</w:t>
      </w:r>
      <w:proofErr w:type="spellEnd"/>
      <w:r>
        <w:t xml:space="preserve"> </w:t>
      </w:r>
      <w:proofErr w:type="spellStart"/>
      <w:r>
        <w:t>przyczyn</w:t>
      </w:r>
      <w:proofErr w:type="spellEnd"/>
      <w:r>
        <w:t xml:space="preserve">, w </w:t>
      </w:r>
      <w:proofErr w:type="spellStart"/>
      <w:r>
        <w:t>szczególności</w:t>
      </w:r>
      <w:proofErr w:type="spellEnd"/>
      <w:r>
        <w:t xml:space="preserve"> w </w:t>
      </w:r>
      <w:proofErr w:type="spellStart"/>
      <w:r>
        <w:t>przypadku</w:t>
      </w:r>
      <w:proofErr w:type="spellEnd"/>
      <w:r>
        <w:t xml:space="preserve"> </w:t>
      </w:r>
      <w:proofErr w:type="spellStart"/>
      <w:r>
        <w:t>rażącego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uporczywego</w:t>
      </w:r>
      <w:proofErr w:type="spellEnd"/>
      <w:r>
        <w:t xml:space="preserve"> </w:t>
      </w:r>
      <w:proofErr w:type="spellStart"/>
      <w:r>
        <w:t>naruszania</w:t>
      </w:r>
      <w:proofErr w:type="spellEnd"/>
      <w:r>
        <w:t xml:space="preserve"> </w:t>
      </w:r>
      <w:proofErr w:type="spellStart"/>
      <w:r>
        <w:t>Statutu</w:t>
      </w:r>
      <w:proofErr w:type="spellEnd"/>
      <w:r>
        <w:t xml:space="preserve">, </w:t>
      </w:r>
      <w:proofErr w:type="spellStart"/>
      <w:r>
        <w:t>Regulaminu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Umowy</w:t>
      </w:r>
      <w:proofErr w:type="spellEnd"/>
      <w:r>
        <w:t xml:space="preserve">, </w:t>
      </w:r>
      <w:proofErr w:type="spellStart"/>
      <w:r>
        <w:t>niedostarczenia</w:t>
      </w:r>
      <w:proofErr w:type="spellEnd"/>
      <w:r>
        <w:t xml:space="preserve"> </w:t>
      </w:r>
      <w:proofErr w:type="spellStart"/>
      <w:r>
        <w:t>wymaganych</w:t>
      </w:r>
      <w:proofErr w:type="spellEnd"/>
      <w:r>
        <w:t xml:space="preserve"> </w:t>
      </w:r>
      <w:proofErr w:type="spellStart"/>
      <w:r>
        <w:t>dokumentów</w:t>
      </w:r>
      <w:proofErr w:type="spellEnd"/>
      <w:r>
        <w:t xml:space="preserve">, </w:t>
      </w:r>
      <w:proofErr w:type="spellStart"/>
      <w:r>
        <w:t>braku</w:t>
      </w:r>
      <w:proofErr w:type="spellEnd"/>
      <w:r>
        <w:t xml:space="preserve"> </w:t>
      </w:r>
      <w:proofErr w:type="spellStart"/>
      <w:r>
        <w:t>możliwości</w:t>
      </w:r>
      <w:proofErr w:type="spellEnd"/>
      <w:r>
        <w:t xml:space="preserve"> </w:t>
      </w:r>
      <w:proofErr w:type="spellStart"/>
      <w:r>
        <w:t>realizowania</w:t>
      </w:r>
      <w:proofErr w:type="spellEnd"/>
      <w:r>
        <w:t xml:space="preserve"> </w:t>
      </w:r>
      <w:proofErr w:type="spellStart"/>
      <w:r>
        <w:t>kształcenia</w:t>
      </w:r>
      <w:proofErr w:type="spellEnd"/>
      <w:r>
        <w:t xml:space="preserve"> z </w:t>
      </w:r>
      <w:proofErr w:type="spellStart"/>
      <w:r>
        <w:t>przyczyn</w:t>
      </w:r>
      <w:proofErr w:type="spellEnd"/>
      <w:r>
        <w:t xml:space="preserve"> </w:t>
      </w:r>
      <w:proofErr w:type="spellStart"/>
      <w:r>
        <w:t>niezależnych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Szkoły</w:t>
      </w:r>
      <w:proofErr w:type="spellEnd"/>
      <w:r>
        <w:t xml:space="preserve"> </w:t>
      </w:r>
      <w:proofErr w:type="spellStart"/>
      <w:r>
        <w:t>albo</w:t>
      </w:r>
      <w:proofErr w:type="spellEnd"/>
      <w:r>
        <w:t xml:space="preserve"> </w:t>
      </w:r>
      <w:proofErr w:type="spellStart"/>
      <w:r>
        <w:t>utraty</w:t>
      </w:r>
      <w:proofErr w:type="spellEnd"/>
      <w:r>
        <w:t xml:space="preserve"> </w:t>
      </w:r>
      <w:proofErr w:type="spellStart"/>
      <w:r>
        <w:t>przesłanek</w:t>
      </w:r>
      <w:proofErr w:type="spellEnd"/>
      <w:r>
        <w:t xml:space="preserve"> do </w:t>
      </w:r>
      <w:proofErr w:type="spellStart"/>
      <w:r>
        <w:t>kształcenia</w:t>
      </w:r>
      <w:proofErr w:type="spellEnd"/>
      <w:r>
        <w:t xml:space="preserve"> </w:t>
      </w:r>
      <w:proofErr w:type="spellStart"/>
      <w:r>
        <w:t>Ucznia</w:t>
      </w:r>
      <w:proofErr w:type="spellEnd"/>
      <w:r>
        <w:t xml:space="preserve"> w </w:t>
      </w:r>
      <w:proofErr w:type="spellStart"/>
      <w:r>
        <w:t>danej</w:t>
      </w:r>
      <w:proofErr w:type="spellEnd"/>
      <w:r>
        <w:t xml:space="preserve"> </w:t>
      </w:r>
      <w:proofErr w:type="spellStart"/>
      <w:r>
        <w:t>formie</w:t>
      </w:r>
      <w:proofErr w:type="spellEnd"/>
      <w:r>
        <w:t>.</w:t>
      </w:r>
    </w:p>
    <w:p w14:paraId="68E15810" w14:textId="77777777" w:rsidR="008A4B6C" w:rsidRDefault="007B4387">
      <w:r>
        <w:t xml:space="preserve">4. </w:t>
      </w:r>
      <w:proofErr w:type="spellStart"/>
      <w:r>
        <w:t>Szkoła</w:t>
      </w:r>
      <w:proofErr w:type="spellEnd"/>
      <w:r>
        <w:t xml:space="preserve"> </w:t>
      </w:r>
      <w:proofErr w:type="spellStart"/>
      <w:r>
        <w:t>może</w:t>
      </w:r>
      <w:proofErr w:type="spellEnd"/>
      <w:r>
        <w:t xml:space="preserve"> </w:t>
      </w:r>
      <w:proofErr w:type="spellStart"/>
      <w:r>
        <w:t>rozwiązać</w:t>
      </w:r>
      <w:proofErr w:type="spellEnd"/>
      <w:r>
        <w:t xml:space="preserve"> </w:t>
      </w:r>
      <w:proofErr w:type="spellStart"/>
      <w:r>
        <w:t>Umowę</w:t>
      </w:r>
      <w:proofErr w:type="spellEnd"/>
      <w:r>
        <w:t xml:space="preserve"> </w:t>
      </w:r>
      <w:proofErr w:type="spellStart"/>
      <w:r>
        <w:t>ze</w:t>
      </w:r>
      <w:proofErr w:type="spellEnd"/>
      <w:r>
        <w:t xml:space="preserve"> </w:t>
      </w:r>
      <w:proofErr w:type="spellStart"/>
      <w:r>
        <w:t>skutkiem</w:t>
      </w:r>
      <w:proofErr w:type="spellEnd"/>
      <w:r>
        <w:t xml:space="preserve"> </w:t>
      </w:r>
      <w:proofErr w:type="spellStart"/>
      <w:r>
        <w:t>natychmiastowym</w:t>
      </w:r>
      <w:proofErr w:type="spellEnd"/>
      <w:r>
        <w:t xml:space="preserve"> </w:t>
      </w:r>
      <w:proofErr w:type="spellStart"/>
      <w:r>
        <w:t>jedynie</w:t>
      </w:r>
      <w:proofErr w:type="spellEnd"/>
      <w:r>
        <w:t xml:space="preserve"> w </w:t>
      </w:r>
      <w:proofErr w:type="spellStart"/>
      <w:r>
        <w:t>przypadkach</w:t>
      </w:r>
      <w:proofErr w:type="spellEnd"/>
      <w:r>
        <w:t xml:space="preserve"> </w:t>
      </w:r>
      <w:proofErr w:type="spellStart"/>
      <w:r>
        <w:t>przewidzianych</w:t>
      </w:r>
      <w:proofErr w:type="spellEnd"/>
      <w:r>
        <w:t xml:space="preserve"> </w:t>
      </w:r>
      <w:proofErr w:type="spellStart"/>
      <w:r>
        <w:t>przepisami</w:t>
      </w:r>
      <w:proofErr w:type="spellEnd"/>
      <w:r>
        <w:t xml:space="preserve"> </w:t>
      </w:r>
      <w:proofErr w:type="spellStart"/>
      <w:r>
        <w:t>prawa</w:t>
      </w:r>
      <w:proofErr w:type="spellEnd"/>
      <w:r>
        <w:t xml:space="preserve">, </w:t>
      </w:r>
      <w:proofErr w:type="spellStart"/>
      <w:r>
        <w:t>Statutem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gdy</w:t>
      </w:r>
      <w:proofErr w:type="spellEnd"/>
      <w:r>
        <w:t xml:space="preserve"> </w:t>
      </w:r>
      <w:proofErr w:type="spellStart"/>
      <w:r>
        <w:t>dalsze</w:t>
      </w:r>
      <w:proofErr w:type="spellEnd"/>
      <w:r>
        <w:t xml:space="preserve"> </w:t>
      </w:r>
      <w:proofErr w:type="spellStart"/>
      <w:r>
        <w:t>wykonywanie</w:t>
      </w:r>
      <w:proofErr w:type="spellEnd"/>
      <w:r>
        <w:t xml:space="preserve"> </w:t>
      </w:r>
      <w:proofErr w:type="spellStart"/>
      <w:r>
        <w:t>Umowy</w:t>
      </w:r>
      <w:proofErr w:type="spellEnd"/>
      <w:r>
        <w:t xml:space="preserve"> </w:t>
      </w:r>
      <w:proofErr w:type="spellStart"/>
      <w:r>
        <w:t>byłoby</w:t>
      </w:r>
      <w:proofErr w:type="spellEnd"/>
      <w:r>
        <w:t xml:space="preserve"> </w:t>
      </w:r>
      <w:proofErr w:type="spellStart"/>
      <w:r>
        <w:t>niemożliwe</w:t>
      </w:r>
      <w:proofErr w:type="spellEnd"/>
      <w:r>
        <w:t xml:space="preserve"> </w:t>
      </w:r>
      <w:proofErr w:type="spellStart"/>
      <w:r>
        <w:t>albo</w:t>
      </w:r>
      <w:proofErr w:type="spellEnd"/>
      <w:r>
        <w:t xml:space="preserve"> </w:t>
      </w:r>
      <w:proofErr w:type="spellStart"/>
      <w:r>
        <w:t>zagrażało</w:t>
      </w:r>
      <w:proofErr w:type="spellEnd"/>
      <w:r>
        <w:t xml:space="preserve"> </w:t>
      </w:r>
      <w:proofErr w:type="spellStart"/>
      <w:r>
        <w:t>bezpieczeństwu</w:t>
      </w:r>
      <w:proofErr w:type="spellEnd"/>
      <w:r>
        <w:t xml:space="preserve"> </w:t>
      </w:r>
      <w:proofErr w:type="spellStart"/>
      <w:r>
        <w:t>Ucznia</w:t>
      </w:r>
      <w:proofErr w:type="spellEnd"/>
      <w:r>
        <w:t xml:space="preserve">, </w:t>
      </w:r>
      <w:proofErr w:type="spellStart"/>
      <w:r>
        <w:t>innych</w:t>
      </w:r>
      <w:proofErr w:type="spellEnd"/>
      <w:r>
        <w:t xml:space="preserve"> </w:t>
      </w:r>
      <w:proofErr w:type="spellStart"/>
      <w:r>
        <w:t>uczniów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pracowników</w:t>
      </w:r>
      <w:proofErr w:type="spellEnd"/>
      <w:r>
        <w:t>.</w:t>
      </w:r>
    </w:p>
    <w:p w14:paraId="27FC5506" w14:textId="77777777" w:rsidR="008A4B6C" w:rsidRDefault="007B4387">
      <w:r>
        <w:t xml:space="preserve">5. </w:t>
      </w:r>
      <w:proofErr w:type="spellStart"/>
      <w:r>
        <w:t>Rozwiązanie</w:t>
      </w:r>
      <w:proofErr w:type="spellEnd"/>
      <w:r>
        <w:t xml:space="preserve"> </w:t>
      </w:r>
      <w:proofErr w:type="spellStart"/>
      <w:r>
        <w:t>Umowy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wpływa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obowiązek</w:t>
      </w:r>
      <w:proofErr w:type="spellEnd"/>
      <w:r>
        <w:t xml:space="preserve"> </w:t>
      </w:r>
      <w:proofErr w:type="spellStart"/>
      <w:r>
        <w:t>rozliczenia</w:t>
      </w:r>
      <w:proofErr w:type="spellEnd"/>
      <w:r>
        <w:t xml:space="preserve"> </w:t>
      </w:r>
      <w:proofErr w:type="spellStart"/>
      <w:r>
        <w:t>należnych</w:t>
      </w:r>
      <w:proofErr w:type="spellEnd"/>
      <w:r>
        <w:t xml:space="preserve"> </w:t>
      </w:r>
      <w:proofErr w:type="spellStart"/>
      <w:r>
        <w:t>opłat</w:t>
      </w:r>
      <w:proofErr w:type="spellEnd"/>
      <w:r>
        <w:t xml:space="preserve">, </w:t>
      </w:r>
      <w:proofErr w:type="spellStart"/>
      <w:r>
        <w:t>zwrotu</w:t>
      </w:r>
      <w:proofErr w:type="spellEnd"/>
      <w:r>
        <w:t xml:space="preserve"> </w:t>
      </w:r>
      <w:proofErr w:type="spellStart"/>
      <w:r>
        <w:t>dokumentów</w:t>
      </w:r>
      <w:proofErr w:type="spellEnd"/>
      <w:r>
        <w:t xml:space="preserve">, </w:t>
      </w:r>
      <w:proofErr w:type="spellStart"/>
      <w:r>
        <w:t>zachowania</w:t>
      </w:r>
      <w:proofErr w:type="spellEnd"/>
      <w:r>
        <w:t xml:space="preserve"> </w:t>
      </w:r>
      <w:proofErr w:type="spellStart"/>
      <w:r>
        <w:t>poufności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wykonania</w:t>
      </w:r>
      <w:proofErr w:type="spellEnd"/>
      <w:r>
        <w:t xml:space="preserve"> </w:t>
      </w:r>
      <w:proofErr w:type="spellStart"/>
      <w:r>
        <w:t>obowiązków</w:t>
      </w:r>
      <w:proofErr w:type="spellEnd"/>
      <w:r>
        <w:t xml:space="preserve"> </w:t>
      </w:r>
      <w:proofErr w:type="spellStart"/>
      <w:r>
        <w:t>wynikających</w:t>
      </w:r>
      <w:proofErr w:type="spellEnd"/>
      <w:r>
        <w:t xml:space="preserve"> z </w:t>
      </w:r>
      <w:proofErr w:type="spellStart"/>
      <w:r>
        <w:t>przepisów</w:t>
      </w:r>
      <w:proofErr w:type="spellEnd"/>
      <w:r>
        <w:t xml:space="preserve"> </w:t>
      </w:r>
      <w:proofErr w:type="spellStart"/>
      <w:r>
        <w:t>prawa</w:t>
      </w:r>
      <w:proofErr w:type="spellEnd"/>
      <w:r>
        <w:t>.</w:t>
      </w:r>
    </w:p>
    <w:p w14:paraId="1656A0A6" w14:textId="77777777" w:rsidR="008A4B6C" w:rsidRDefault="007B4387">
      <w:pPr>
        <w:pStyle w:val="Nagwek1"/>
        <w:spacing w:after="40"/>
      </w:pPr>
      <w:r>
        <w:t xml:space="preserve">§ 9. </w:t>
      </w:r>
      <w:proofErr w:type="spellStart"/>
      <w:r>
        <w:t>Doręczenia</w:t>
      </w:r>
      <w:proofErr w:type="spellEnd"/>
      <w:r>
        <w:t xml:space="preserve">, </w:t>
      </w:r>
      <w:proofErr w:type="spellStart"/>
      <w:r>
        <w:t>dane</w:t>
      </w:r>
      <w:proofErr w:type="spellEnd"/>
      <w:r>
        <w:t xml:space="preserve"> </w:t>
      </w:r>
      <w:proofErr w:type="spellStart"/>
      <w:r>
        <w:t>osobowe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postanowienia</w:t>
      </w:r>
      <w:proofErr w:type="spellEnd"/>
      <w:r>
        <w:t xml:space="preserve"> </w:t>
      </w:r>
      <w:proofErr w:type="spellStart"/>
      <w:r>
        <w:t>końcowe</w:t>
      </w:r>
      <w:proofErr w:type="spellEnd"/>
    </w:p>
    <w:p w14:paraId="145DAF23" w14:textId="128928B5" w:rsidR="008A4B6C" w:rsidRDefault="007B4387">
      <w:r>
        <w:t xml:space="preserve">1. </w:t>
      </w:r>
      <w:proofErr w:type="spellStart"/>
      <w:r>
        <w:t>Bieżąca</w:t>
      </w:r>
      <w:proofErr w:type="spellEnd"/>
      <w:r>
        <w:t xml:space="preserve"> </w:t>
      </w:r>
      <w:proofErr w:type="spellStart"/>
      <w:r>
        <w:t>komunikacja</w:t>
      </w:r>
      <w:proofErr w:type="spellEnd"/>
      <w:r>
        <w:t xml:space="preserve"> </w:t>
      </w:r>
      <w:proofErr w:type="spellStart"/>
      <w:r>
        <w:t>może</w:t>
      </w:r>
      <w:proofErr w:type="spellEnd"/>
      <w:r>
        <w:t xml:space="preserve"> </w:t>
      </w:r>
      <w:proofErr w:type="spellStart"/>
      <w:r>
        <w:t>odbywać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platformę</w:t>
      </w:r>
      <w:proofErr w:type="spellEnd"/>
      <w:r>
        <w:t xml:space="preserve">, </w:t>
      </w:r>
      <w:proofErr w:type="spellStart"/>
      <w:r>
        <w:t>adres</w:t>
      </w:r>
      <w:proofErr w:type="spellEnd"/>
      <w:r>
        <w:t xml:space="preserve"> e-mail </w:t>
      </w:r>
      <w:proofErr w:type="spellStart"/>
      <w:r>
        <w:t>sekretariatu</w:t>
      </w:r>
      <w:proofErr w:type="spellEnd"/>
      <w:r>
        <w:t xml:space="preserve">, </w:t>
      </w:r>
      <w:proofErr w:type="spellStart"/>
      <w:r>
        <w:t>adresy</w:t>
      </w:r>
      <w:proofErr w:type="spellEnd"/>
      <w:r>
        <w:t xml:space="preserve"> e-mail </w:t>
      </w:r>
      <w:proofErr w:type="spellStart"/>
      <w:r>
        <w:t>wskazane</w:t>
      </w:r>
      <w:proofErr w:type="spellEnd"/>
      <w:r>
        <w:t xml:space="preserve"> w </w:t>
      </w:r>
      <w:proofErr w:type="spellStart"/>
      <w:r>
        <w:t>Umowie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inne</w:t>
      </w:r>
      <w:proofErr w:type="spellEnd"/>
      <w:r>
        <w:t xml:space="preserve"> </w:t>
      </w:r>
      <w:proofErr w:type="spellStart"/>
      <w:r>
        <w:t>kanały</w:t>
      </w:r>
      <w:proofErr w:type="spellEnd"/>
      <w:r>
        <w:t xml:space="preserve"> </w:t>
      </w:r>
      <w:proofErr w:type="spellStart"/>
      <w:r>
        <w:t>wskazane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Szkołę</w:t>
      </w:r>
      <w:proofErr w:type="spellEnd"/>
      <w:r>
        <w:t xml:space="preserve">. </w:t>
      </w:r>
      <w:proofErr w:type="spellStart"/>
      <w:r>
        <w:t>Aktualne</w:t>
      </w:r>
      <w:proofErr w:type="spellEnd"/>
      <w:r>
        <w:t xml:space="preserve"> </w:t>
      </w:r>
      <w:proofErr w:type="spellStart"/>
      <w:r>
        <w:t>dane</w:t>
      </w:r>
      <w:proofErr w:type="spellEnd"/>
      <w:r>
        <w:t xml:space="preserve"> </w:t>
      </w:r>
      <w:proofErr w:type="spellStart"/>
      <w:r>
        <w:t>kontaktowe</w:t>
      </w:r>
      <w:proofErr w:type="spellEnd"/>
      <w:r>
        <w:t xml:space="preserve"> </w:t>
      </w:r>
      <w:proofErr w:type="spellStart"/>
      <w:r>
        <w:t>Szkoły</w:t>
      </w:r>
      <w:proofErr w:type="spellEnd"/>
      <w:r>
        <w:t xml:space="preserve"> </w:t>
      </w:r>
      <w:proofErr w:type="spellStart"/>
      <w:r>
        <w:t>mogą</w:t>
      </w:r>
      <w:proofErr w:type="spellEnd"/>
      <w:r>
        <w:t xml:space="preserve"> </w:t>
      </w:r>
      <w:proofErr w:type="spellStart"/>
      <w:r>
        <w:t>być</w:t>
      </w:r>
      <w:proofErr w:type="spellEnd"/>
      <w:r>
        <w:t xml:space="preserve"> </w:t>
      </w:r>
      <w:proofErr w:type="spellStart"/>
      <w:r>
        <w:t>publikowane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platformie</w:t>
      </w:r>
      <w:proofErr w:type="spellEnd"/>
      <w:r>
        <w:t>.</w:t>
      </w:r>
    </w:p>
    <w:p w14:paraId="69149958" w14:textId="77777777" w:rsidR="008A4B6C" w:rsidRDefault="007B4387">
      <w:r>
        <w:lastRenderedPageBreak/>
        <w:t xml:space="preserve">2. </w:t>
      </w:r>
      <w:proofErr w:type="spellStart"/>
      <w:r>
        <w:t>Pisma</w:t>
      </w:r>
      <w:proofErr w:type="spellEnd"/>
      <w:r>
        <w:t xml:space="preserve"> </w:t>
      </w:r>
      <w:proofErr w:type="spellStart"/>
      <w:r>
        <w:t>wymagające</w:t>
      </w:r>
      <w:proofErr w:type="spellEnd"/>
      <w:r>
        <w:t xml:space="preserve"> </w:t>
      </w:r>
      <w:proofErr w:type="spellStart"/>
      <w:r>
        <w:t>formy</w:t>
      </w:r>
      <w:proofErr w:type="spellEnd"/>
      <w:r>
        <w:t xml:space="preserve"> </w:t>
      </w:r>
      <w:proofErr w:type="spellStart"/>
      <w:r>
        <w:t>pisemnej</w:t>
      </w:r>
      <w:proofErr w:type="spellEnd"/>
      <w:r>
        <w:t xml:space="preserve"> </w:t>
      </w:r>
      <w:proofErr w:type="spellStart"/>
      <w:r>
        <w:t>mogą</w:t>
      </w:r>
      <w:proofErr w:type="spellEnd"/>
      <w:r>
        <w:t xml:space="preserve"> </w:t>
      </w:r>
      <w:proofErr w:type="spellStart"/>
      <w:r>
        <w:t>być</w:t>
      </w:r>
      <w:proofErr w:type="spellEnd"/>
      <w:r>
        <w:t xml:space="preserve"> </w:t>
      </w:r>
      <w:proofErr w:type="spellStart"/>
      <w:r>
        <w:t>doręczane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adresy</w:t>
      </w:r>
      <w:proofErr w:type="spellEnd"/>
      <w:r>
        <w:t xml:space="preserve"> </w:t>
      </w:r>
      <w:proofErr w:type="spellStart"/>
      <w:r>
        <w:t>wskazane</w:t>
      </w:r>
      <w:proofErr w:type="spellEnd"/>
      <w:r>
        <w:t xml:space="preserve"> w </w:t>
      </w:r>
      <w:proofErr w:type="spellStart"/>
      <w:r>
        <w:t>Umowie</w:t>
      </w:r>
      <w:proofErr w:type="spellEnd"/>
      <w:r>
        <w:t xml:space="preserve"> </w:t>
      </w:r>
      <w:proofErr w:type="spellStart"/>
      <w:r>
        <w:t>albo</w:t>
      </w:r>
      <w:proofErr w:type="spellEnd"/>
      <w:r>
        <w:t xml:space="preserve"> </w:t>
      </w:r>
      <w:proofErr w:type="spellStart"/>
      <w:r>
        <w:t>inne</w:t>
      </w:r>
      <w:proofErr w:type="spellEnd"/>
      <w:r>
        <w:t xml:space="preserve"> </w:t>
      </w:r>
      <w:proofErr w:type="spellStart"/>
      <w:r>
        <w:t>adresy</w:t>
      </w:r>
      <w:proofErr w:type="spellEnd"/>
      <w:r>
        <w:t xml:space="preserve"> </w:t>
      </w:r>
      <w:proofErr w:type="spellStart"/>
      <w:r>
        <w:t>zgłoszone</w:t>
      </w:r>
      <w:proofErr w:type="spellEnd"/>
      <w:r>
        <w:t xml:space="preserve"> </w:t>
      </w:r>
      <w:proofErr w:type="spellStart"/>
      <w:r>
        <w:t>Szkole</w:t>
      </w:r>
      <w:proofErr w:type="spellEnd"/>
      <w:r>
        <w:t xml:space="preserve">. </w:t>
      </w:r>
      <w:proofErr w:type="spellStart"/>
      <w:r>
        <w:t>Opiekunowie</w:t>
      </w:r>
      <w:proofErr w:type="spellEnd"/>
      <w:r>
        <w:t xml:space="preserve"> </w:t>
      </w:r>
      <w:proofErr w:type="spellStart"/>
      <w:r>
        <w:t>zobowiązują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aktualizować</w:t>
      </w:r>
      <w:proofErr w:type="spellEnd"/>
      <w:r>
        <w:t xml:space="preserve"> </w:t>
      </w:r>
      <w:proofErr w:type="spellStart"/>
      <w:r>
        <w:t>dane</w:t>
      </w:r>
      <w:proofErr w:type="spellEnd"/>
      <w:r>
        <w:t xml:space="preserve"> </w:t>
      </w:r>
      <w:proofErr w:type="spellStart"/>
      <w:r>
        <w:t>kontaktowe</w:t>
      </w:r>
      <w:proofErr w:type="spellEnd"/>
      <w:r>
        <w:t>.</w:t>
      </w:r>
    </w:p>
    <w:p w14:paraId="564BB7AF" w14:textId="77777777" w:rsidR="008A4B6C" w:rsidRDefault="007B4387">
      <w:r>
        <w:t xml:space="preserve">3. </w:t>
      </w:r>
      <w:proofErr w:type="spellStart"/>
      <w:r>
        <w:t>Szczegółowe</w:t>
      </w:r>
      <w:proofErr w:type="spellEnd"/>
      <w:r>
        <w:t xml:space="preserve"> </w:t>
      </w:r>
      <w:proofErr w:type="spellStart"/>
      <w:r>
        <w:t>informacje</w:t>
      </w:r>
      <w:proofErr w:type="spellEnd"/>
      <w:r>
        <w:t xml:space="preserve"> o </w:t>
      </w:r>
      <w:proofErr w:type="spellStart"/>
      <w:r>
        <w:t>przetwarzaniu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osobowych</w:t>
      </w:r>
      <w:proofErr w:type="spellEnd"/>
      <w:r>
        <w:t xml:space="preserve"> </w:t>
      </w:r>
      <w:proofErr w:type="spellStart"/>
      <w:r>
        <w:t>znajdują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w </w:t>
      </w:r>
      <w:proofErr w:type="spellStart"/>
      <w:r>
        <w:t>klauzuli</w:t>
      </w:r>
      <w:proofErr w:type="spellEnd"/>
      <w:r>
        <w:t xml:space="preserve"> </w:t>
      </w:r>
      <w:proofErr w:type="spellStart"/>
      <w:r>
        <w:t>informacyjnej</w:t>
      </w:r>
      <w:proofErr w:type="spellEnd"/>
      <w:r>
        <w:t xml:space="preserve"> RODO </w:t>
      </w:r>
      <w:proofErr w:type="spellStart"/>
      <w:r>
        <w:t>stanowiącej</w:t>
      </w:r>
      <w:proofErr w:type="spellEnd"/>
      <w:r>
        <w:t xml:space="preserve"> </w:t>
      </w:r>
      <w:proofErr w:type="spellStart"/>
      <w:r>
        <w:t>załącznik</w:t>
      </w:r>
      <w:proofErr w:type="spellEnd"/>
      <w:r>
        <w:t xml:space="preserve"> do </w:t>
      </w:r>
      <w:proofErr w:type="spellStart"/>
      <w:r>
        <w:t>Umowy</w:t>
      </w:r>
      <w:proofErr w:type="spellEnd"/>
      <w:r>
        <w:t>.</w:t>
      </w:r>
    </w:p>
    <w:p w14:paraId="31D291F0" w14:textId="77777777" w:rsidR="008A4B6C" w:rsidRDefault="007B4387">
      <w:r>
        <w:t xml:space="preserve">4. W </w:t>
      </w:r>
      <w:proofErr w:type="spellStart"/>
      <w:r>
        <w:t>sprawach</w:t>
      </w:r>
      <w:proofErr w:type="spellEnd"/>
      <w:r>
        <w:t xml:space="preserve"> </w:t>
      </w:r>
      <w:proofErr w:type="spellStart"/>
      <w:r>
        <w:t>nieuregulowanych</w:t>
      </w:r>
      <w:proofErr w:type="spellEnd"/>
      <w:r>
        <w:t xml:space="preserve"> </w:t>
      </w:r>
      <w:proofErr w:type="spellStart"/>
      <w:r>
        <w:t>Umową</w:t>
      </w:r>
      <w:proofErr w:type="spellEnd"/>
      <w:r>
        <w:t xml:space="preserve"> </w:t>
      </w:r>
      <w:proofErr w:type="spellStart"/>
      <w:r>
        <w:t>stosuje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przepisy</w:t>
      </w:r>
      <w:proofErr w:type="spellEnd"/>
      <w:r>
        <w:t xml:space="preserve"> </w:t>
      </w:r>
      <w:proofErr w:type="spellStart"/>
      <w:r>
        <w:t>prawa</w:t>
      </w:r>
      <w:proofErr w:type="spellEnd"/>
      <w:r>
        <w:t xml:space="preserve"> </w:t>
      </w:r>
      <w:proofErr w:type="spellStart"/>
      <w:r>
        <w:t>polskiego</w:t>
      </w:r>
      <w:proofErr w:type="spellEnd"/>
      <w:r>
        <w:t xml:space="preserve">, w </w:t>
      </w:r>
      <w:proofErr w:type="spellStart"/>
      <w:r>
        <w:t>szczególności</w:t>
      </w:r>
      <w:proofErr w:type="spellEnd"/>
      <w:r>
        <w:t xml:space="preserve"> </w:t>
      </w:r>
      <w:proofErr w:type="spellStart"/>
      <w:r>
        <w:t>prawa</w:t>
      </w:r>
      <w:proofErr w:type="spellEnd"/>
      <w:r>
        <w:t xml:space="preserve"> </w:t>
      </w:r>
      <w:proofErr w:type="spellStart"/>
      <w:r>
        <w:t>oświatowego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Kodeksu</w:t>
      </w:r>
      <w:proofErr w:type="spellEnd"/>
      <w:r>
        <w:t xml:space="preserve"> </w:t>
      </w:r>
      <w:proofErr w:type="spellStart"/>
      <w:r>
        <w:t>cywilnego</w:t>
      </w:r>
      <w:proofErr w:type="spellEnd"/>
      <w:r>
        <w:t xml:space="preserve">. </w:t>
      </w:r>
      <w:proofErr w:type="spellStart"/>
      <w:r>
        <w:t>Spory</w:t>
      </w:r>
      <w:proofErr w:type="spellEnd"/>
      <w:r>
        <w:t xml:space="preserve"> </w:t>
      </w:r>
      <w:proofErr w:type="spellStart"/>
      <w:r>
        <w:t>rozstrzyga</w:t>
      </w:r>
      <w:proofErr w:type="spellEnd"/>
      <w:r>
        <w:t xml:space="preserve"> </w:t>
      </w:r>
      <w:proofErr w:type="spellStart"/>
      <w:r>
        <w:t>sąd</w:t>
      </w:r>
      <w:proofErr w:type="spellEnd"/>
      <w:r>
        <w:t xml:space="preserve"> </w:t>
      </w:r>
      <w:proofErr w:type="spellStart"/>
      <w:r>
        <w:t>właściwy</w:t>
      </w:r>
      <w:proofErr w:type="spellEnd"/>
      <w:r>
        <w:t xml:space="preserve"> </w:t>
      </w:r>
      <w:proofErr w:type="spellStart"/>
      <w:r>
        <w:t>według</w:t>
      </w:r>
      <w:proofErr w:type="spellEnd"/>
      <w:r>
        <w:t xml:space="preserve"> </w:t>
      </w:r>
      <w:proofErr w:type="spellStart"/>
      <w:r>
        <w:t>przepisów</w:t>
      </w:r>
      <w:proofErr w:type="spellEnd"/>
      <w:r>
        <w:t xml:space="preserve"> </w:t>
      </w:r>
      <w:proofErr w:type="spellStart"/>
      <w:r>
        <w:t>powszechnie</w:t>
      </w:r>
      <w:proofErr w:type="spellEnd"/>
      <w:r>
        <w:t xml:space="preserve"> </w:t>
      </w:r>
      <w:proofErr w:type="spellStart"/>
      <w:r>
        <w:t>obowiązujących</w:t>
      </w:r>
      <w:proofErr w:type="spellEnd"/>
      <w:r>
        <w:t>.</w:t>
      </w:r>
    </w:p>
    <w:p w14:paraId="76356419" w14:textId="77777777" w:rsidR="008A4B6C" w:rsidRDefault="007B4387">
      <w:r>
        <w:t xml:space="preserve">5. </w:t>
      </w:r>
      <w:proofErr w:type="spellStart"/>
      <w:r>
        <w:t>Umowę</w:t>
      </w:r>
      <w:proofErr w:type="spellEnd"/>
      <w:r>
        <w:t xml:space="preserve"> </w:t>
      </w:r>
      <w:proofErr w:type="spellStart"/>
      <w:r>
        <w:t>sporządzono</w:t>
      </w:r>
      <w:proofErr w:type="spellEnd"/>
      <w:r>
        <w:t xml:space="preserve"> w </w:t>
      </w:r>
      <w:proofErr w:type="spellStart"/>
      <w:r>
        <w:t>dwóch</w:t>
      </w:r>
      <w:proofErr w:type="spellEnd"/>
      <w:r>
        <w:t xml:space="preserve"> </w:t>
      </w:r>
      <w:proofErr w:type="spellStart"/>
      <w:r>
        <w:t>jednobrzmiących</w:t>
      </w:r>
      <w:proofErr w:type="spellEnd"/>
      <w:r>
        <w:t xml:space="preserve"> </w:t>
      </w:r>
      <w:proofErr w:type="spellStart"/>
      <w:r>
        <w:t>egzemplarzach</w:t>
      </w:r>
      <w:proofErr w:type="spellEnd"/>
      <w:r>
        <w:t xml:space="preserve">, </w:t>
      </w:r>
      <w:proofErr w:type="spellStart"/>
      <w:r>
        <w:t>chyba</w:t>
      </w:r>
      <w:proofErr w:type="spellEnd"/>
      <w:r>
        <w:t xml:space="preserve"> </w:t>
      </w:r>
      <w:proofErr w:type="spellStart"/>
      <w:r>
        <w:t>że</w:t>
      </w:r>
      <w:proofErr w:type="spellEnd"/>
      <w:r>
        <w:t xml:space="preserve"> </w:t>
      </w:r>
      <w:proofErr w:type="spellStart"/>
      <w:r>
        <w:t>została</w:t>
      </w:r>
      <w:proofErr w:type="spellEnd"/>
      <w:r>
        <w:t xml:space="preserve"> </w:t>
      </w:r>
      <w:proofErr w:type="spellStart"/>
      <w:r>
        <w:t>zawarta</w:t>
      </w:r>
      <w:proofErr w:type="spellEnd"/>
      <w:r>
        <w:t xml:space="preserve"> w </w:t>
      </w:r>
      <w:proofErr w:type="spellStart"/>
      <w:r>
        <w:t>formie</w:t>
      </w:r>
      <w:proofErr w:type="spellEnd"/>
      <w:r>
        <w:t xml:space="preserve"> </w:t>
      </w:r>
      <w:proofErr w:type="spellStart"/>
      <w:r>
        <w:t>dokumentowej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platformę</w:t>
      </w:r>
      <w:proofErr w:type="spellEnd"/>
      <w:r>
        <w:t>.</w:t>
      </w:r>
    </w:p>
    <w:p w14:paraId="794E10F5" w14:textId="77777777" w:rsidR="008A4B6C" w:rsidRDefault="007B4387">
      <w:pPr>
        <w:pStyle w:val="Nagwek1"/>
        <w:spacing w:after="40"/>
      </w:pPr>
      <w:proofErr w:type="spellStart"/>
      <w:r>
        <w:t>Załączniki</w:t>
      </w:r>
      <w:proofErr w:type="spellEnd"/>
    </w:p>
    <w:p w14:paraId="42ED8D33" w14:textId="77777777" w:rsidR="008A4B6C" w:rsidRDefault="007B4387">
      <w:r>
        <w:t xml:space="preserve">1. </w:t>
      </w:r>
      <w:proofErr w:type="spellStart"/>
      <w:r>
        <w:t>Regulamin</w:t>
      </w:r>
      <w:proofErr w:type="spellEnd"/>
      <w:r>
        <w:t xml:space="preserve"> </w:t>
      </w:r>
      <w:proofErr w:type="spellStart"/>
      <w:r>
        <w:t>egzaminów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korzystania</w:t>
      </w:r>
      <w:proofErr w:type="spellEnd"/>
      <w:r>
        <w:t xml:space="preserve"> z platformy </w:t>
      </w:r>
      <w:proofErr w:type="spellStart"/>
      <w:r>
        <w:t>edukacyjnej</w:t>
      </w:r>
      <w:proofErr w:type="spellEnd"/>
      <w:r>
        <w:t xml:space="preserve">. 2. </w:t>
      </w:r>
      <w:proofErr w:type="spellStart"/>
      <w:r>
        <w:t>Wykaz</w:t>
      </w:r>
      <w:proofErr w:type="spellEnd"/>
      <w:r>
        <w:t xml:space="preserve"> </w:t>
      </w:r>
      <w:proofErr w:type="spellStart"/>
      <w:r>
        <w:t>opłat</w:t>
      </w:r>
      <w:proofErr w:type="spellEnd"/>
      <w:r>
        <w:t xml:space="preserve">. 3. </w:t>
      </w:r>
      <w:proofErr w:type="spellStart"/>
      <w:r>
        <w:t>Klauzula</w:t>
      </w:r>
      <w:proofErr w:type="spellEnd"/>
      <w:r>
        <w:t xml:space="preserve"> </w:t>
      </w:r>
      <w:proofErr w:type="spellStart"/>
      <w:r>
        <w:t>informacyjna</w:t>
      </w:r>
      <w:proofErr w:type="spellEnd"/>
      <w:r>
        <w:t xml:space="preserve"> RODO. 4. </w:t>
      </w:r>
      <w:proofErr w:type="spellStart"/>
      <w:r>
        <w:t>Zasady</w:t>
      </w:r>
      <w:proofErr w:type="spellEnd"/>
      <w:r>
        <w:t xml:space="preserve"> BHP, </w:t>
      </w:r>
      <w:proofErr w:type="spellStart"/>
      <w:r>
        <w:t>ubezpieczenia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praktycznej</w:t>
      </w:r>
      <w:proofErr w:type="spellEnd"/>
      <w:r>
        <w:t xml:space="preserve"> </w:t>
      </w:r>
      <w:proofErr w:type="spellStart"/>
      <w:r>
        <w:t>nauki</w:t>
      </w:r>
      <w:proofErr w:type="spellEnd"/>
      <w:r>
        <w:t xml:space="preserve"> </w:t>
      </w:r>
      <w:proofErr w:type="spellStart"/>
      <w:r>
        <w:t>zawodu</w:t>
      </w:r>
      <w:proofErr w:type="spellEnd"/>
      <w:r>
        <w:t xml:space="preserve">. 5. </w:t>
      </w:r>
      <w:proofErr w:type="spellStart"/>
      <w:r>
        <w:t>Inne</w:t>
      </w:r>
      <w:proofErr w:type="spellEnd"/>
      <w:r>
        <w:t xml:space="preserve"> </w:t>
      </w:r>
      <w:proofErr w:type="spellStart"/>
      <w:r>
        <w:t>dokumenty</w:t>
      </w:r>
      <w:proofErr w:type="spellEnd"/>
      <w:r>
        <w:t xml:space="preserve"> </w:t>
      </w:r>
      <w:proofErr w:type="spellStart"/>
      <w:r>
        <w:t>wymagane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Szkołę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przepisy</w:t>
      </w:r>
      <w:proofErr w:type="spellEnd"/>
      <w:r>
        <w:t xml:space="preserve"> </w:t>
      </w:r>
      <w:proofErr w:type="spellStart"/>
      <w:r>
        <w:t>prawa</w:t>
      </w:r>
      <w:proofErr w:type="spellEnd"/>
      <w:r>
        <w:t>.</w:t>
      </w:r>
    </w:p>
    <w:p w14:paraId="2E4EC3A8" w14:textId="77777777" w:rsidR="008A4B6C" w:rsidRDefault="008A4B6C"/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180"/>
        <w:gridCol w:w="5180"/>
      </w:tblGrid>
      <w:tr w:rsidR="008A4B6C" w14:paraId="6455A1B0" w14:textId="77777777">
        <w:trPr>
          <w:jc w:val="center"/>
        </w:trPr>
        <w:tc>
          <w:tcPr>
            <w:tcW w:w="5185" w:type="dxa"/>
            <w:vAlign w:val="center"/>
          </w:tcPr>
          <w:p w14:paraId="1EB4CD9D" w14:textId="77777777" w:rsidR="008A4B6C" w:rsidRDefault="007B4387">
            <w:pPr>
              <w:spacing w:after="0"/>
              <w:jc w:val="center"/>
            </w:pPr>
            <w:r>
              <w:rPr>
                <w:sz w:val="18"/>
              </w:rPr>
              <w:t>SZKOŁA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............................................................</w:t>
            </w:r>
            <w:r>
              <w:rPr>
                <w:sz w:val="18"/>
              </w:rPr>
              <w:br/>
              <w:t xml:space="preserve">(data, </w:t>
            </w:r>
            <w:proofErr w:type="spellStart"/>
            <w:r>
              <w:rPr>
                <w:sz w:val="18"/>
              </w:rPr>
              <w:t>podpis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5185" w:type="dxa"/>
            <w:vAlign w:val="center"/>
          </w:tcPr>
          <w:p w14:paraId="1940C1C0" w14:textId="77777777" w:rsidR="008A4B6C" w:rsidRDefault="007B4387">
            <w:pPr>
              <w:spacing w:after="0"/>
              <w:jc w:val="center"/>
            </w:pPr>
            <w:r>
              <w:rPr>
                <w:sz w:val="18"/>
              </w:rPr>
              <w:t>OPIEKUN / OPIEKUNOWIE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............................................................</w:t>
            </w:r>
            <w:r>
              <w:rPr>
                <w:sz w:val="18"/>
              </w:rPr>
              <w:br/>
              <w:t xml:space="preserve">(data, </w:t>
            </w:r>
            <w:proofErr w:type="spellStart"/>
            <w:r>
              <w:rPr>
                <w:sz w:val="18"/>
              </w:rPr>
              <w:t>podpis</w:t>
            </w:r>
            <w:proofErr w:type="spellEnd"/>
            <w:r>
              <w:rPr>
                <w:sz w:val="18"/>
              </w:rPr>
              <w:t>)</w:t>
            </w:r>
          </w:p>
        </w:tc>
      </w:tr>
    </w:tbl>
    <w:p w14:paraId="4428CCF5" w14:textId="77777777" w:rsidR="00A40B9A" w:rsidRDefault="00A40B9A"/>
    <w:sectPr w:rsidR="00A40B9A" w:rsidSect="00034616">
      <w:footerReference w:type="default" r:id="rId8"/>
      <w:pgSz w:w="12240" w:h="15840"/>
      <w:pgMar w:top="935" w:right="935" w:bottom="879" w:left="93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6C2FA" w14:textId="77777777" w:rsidR="00625997" w:rsidRDefault="00625997">
      <w:pPr>
        <w:spacing w:after="0"/>
      </w:pPr>
      <w:r>
        <w:separator/>
      </w:r>
    </w:p>
  </w:endnote>
  <w:endnote w:type="continuationSeparator" w:id="0">
    <w:p w14:paraId="3541E01A" w14:textId="77777777" w:rsidR="00625997" w:rsidRDefault="0062599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BBE32" w14:textId="71FE8652" w:rsidR="008A4B6C" w:rsidRDefault="007B4387">
    <w:pPr>
      <w:pStyle w:val="Stopka"/>
      <w:jc w:val="center"/>
    </w:pPr>
    <w:proofErr w:type="spellStart"/>
    <w:r>
      <w:rPr>
        <w:color w:val="787878"/>
        <w:sz w:val="16"/>
      </w:rPr>
      <w:t>Umowa</w:t>
    </w:r>
    <w:proofErr w:type="spellEnd"/>
    <w:r>
      <w:rPr>
        <w:color w:val="787878"/>
        <w:sz w:val="16"/>
      </w:rPr>
      <w:t xml:space="preserve"> o </w:t>
    </w:r>
    <w:proofErr w:type="spellStart"/>
    <w:proofErr w:type="gramStart"/>
    <w:r>
      <w:rPr>
        <w:color w:val="787878"/>
        <w:sz w:val="16"/>
      </w:rPr>
      <w:t>k</w:t>
    </w:r>
    <w:r w:rsidR="00603066">
      <w:rPr>
        <w:color w:val="787878"/>
        <w:sz w:val="16"/>
      </w:rPr>
      <w:t>ształcenie</w:t>
    </w:r>
    <w:proofErr w:type="spellEnd"/>
    <w:r w:rsidR="00603066">
      <w:rPr>
        <w:color w:val="787878"/>
        <w:sz w:val="16"/>
      </w:rPr>
      <w:t xml:space="preserve"> </w:t>
    </w:r>
    <w:r>
      <w:rPr>
        <w:color w:val="787878"/>
        <w:sz w:val="16"/>
      </w:rPr>
      <w:t xml:space="preserve"> z</w:t>
    </w:r>
    <w:proofErr w:type="gramEnd"/>
    <w:r>
      <w:rPr>
        <w:color w:val="787878"/>
        <w:sz w:val="16"/>
      </w:rPr>
      <w:t xml:space="preserve"> </w:t>
    </w:r>
    <w:proofErr w:type="spellStart"/>
    <w:r>
      <w:rPr>
        <w:color w:val="787878"/>
        <w:sz w:val="16"/>
      </w:rPr>
      <w:t>załącznikami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A60FFE" w14:textId="77777777" w:rsidR="00625997" w:rsidRDefault="00625997">
      <w:pPr>
        <w:spacing w:after="0"/>
      </w:pPr>
      <w:r>
        <w:separator/>
      </w:r>
    </w:p>
  </w:footnote>
  <w:footnote w:type="continuationSeparator" w:id="0">
    <w:p w14:paraId="18678033" w14:textId="77777777" w:rsidR="00625997" w:rsidRDefault="0062599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33E5"/>
    <w:rsid w:val="000C3493"/>
    <w:rsid w:val="0015074B"/>
    <w:rsid w:val="0029639D"/>
    <w:rsid w:val="00326F90"/>
    <w:rsid w:val="00603066"/>
    <w:rsid w:val="00625997"/>
    <w:rsid w:val="00667E2E"/>
    <w:rsid w:val="007B4387"/>
    <w:rsid w:val="00837B99"/>
    <w:rsid w:val="00892C2C"/>
    <w:rsid w:val="008A23AA"/>
    <w:rsid w:val="008A4B6C"/>
    <w:rsid w:val="00A40B9A"/>
    <w:rsid w:val="00AA1D8D"/>
    <w:rsid w:val="00B47730"/>
    <w:rsid w:val="00B91DD0"/>
    <w:rsid w:val="00BE02A2"/>
    <w:rsid w:val="00BE59CD"/>
    <w:rsid w:val="00C116D1"/>
    <w:rsid w:val="00C21C89"/>
    <w:rsid w:val="00C25A3B"/>
    <w:rsid w:val="00C67CFB"/>
    <w:rsid w:val="00C718F2"/>
    <w:rsid w:val="00CB0664"/>
    <w:rsid w:val="00D57A1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20126F"/>
  <w14:defaultImageDpi w14:val="300"/>
  <w15:docId w15:val="{6B3D4620-420E-4540-A13C-996896B71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40" w:line="240" w:lineRule="auto"/>
    </w:pPr>
    <w:rPr>
      <w:rFonts w:ascii="Calibri" w:eastAsia="Calibri" w:hAnsi="Calibri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80" w:after="60"/>
      <w:outlineLvl w:val="0"/>
    </w:pPr>
    <w:rPr>
      <w:rFonts w:asciiTheme="majorHAnsi" w:eastAsiaTheme="majorEastAsia" w:hAnsiTheme="majorHAnsi" w:cstheme="majorBidi"/>
      <w:b/>
      <w:bCs/>
      <w:color w:val="1F4E79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80" w:after="60"/>
      <w:outlineLvl w:val="1"/>
    </w:pPr>
    <w:rPr>
      <w:rFonts w:asciiTheme="majorHAnsi" w:eastAsiaTheme="majorEastAsia" w:hAnsiTheme="majorHAnsi" w:cstheme="majorBidi"/>
      <w:b/>
      <w:bCs/>
      <w:color w:val="1F4E79"/>
      <w:sz w:val="2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before="80" w:after="60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54556C1-AEED-4521-881A-186FE8C8B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1480</Words>
  <Characters>8880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10340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Machul</dc:creator>
  <cp:keywords/>
  <dc:description>generated by python-docx</dc:description>
  <cp:lastModifiedBy>Wykladowca</cp:lastModifiedBy>
  <cp:revision>10</cp:revision>
  <dcterms:created xsi:type="dcterms:W3CDTF">2026-05-12T05:33:00Z</dcterms:created>
  <dcterms:modified xsi:type="dcterms:W3CDTF">2026-09-23T13:01:00Z</dcterms:modified>
  <cp:category/>
</cp:coreProperties>
</file>